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40" w:after="680"/>
        <w:rPr/>
      </w:pPr>
      <w:r>
        <w:rPr>
          <w:rFonts w:eastAsia="Arial Unicode MS" w:cs="Arial"/>
          <w:b/>
          <w:color w:val="2CA6A4"/>
          <w:sz w:val="19"/>
        </w:rPr>
        <w:t>MANTHINK  /  INDUSTRIAL IoT</w:t>
      </w:r>
    </w:p>
    <w:p>
      <w:pPr>
        <w:pStyle w:val="Normal"/>
        <w:spacing w:before="0" w:after="40"/>
        <w:rPr/>
      </w:pPr>
      <w:r>
        <w:rPr>
          <w:rFonts w:eastAsia="Arial Unicode MS" w:cs="Arial"/>
          <w:b/>
          <w:color w:val="18324A"/>
          <w:sz w:val="68"/>
        </w:rPr>
        <w:t>GD73</w:t>
      </w:r>
    </w:p>
    <w:p>
      <w:pPr>
        <w:pStyle w:val="Normal"/>
        <w:spacing w:before="0" w:after="80"/>
        <w:rPr/>
      </w:pPr>
      <w:r>
        <w:rPr>
          <w:rFonts w:eastAsia="Arial Unicode MS" w:cs="Arial"/>
          <w:b/>
          <w:color w:val="243442"/>
          <w:sz w:val="34"/>
        </w:rPr>
        <w:t>LoRaWAN Gateway</w:t>
      </w:r>
    </w:p>
    <w:p>
      <w:pPr>
        <w:pStyle w:val="Normal"/>
        <w:spacing w:before="0" w:after="360"/>
        <w:rPr/>
      </w:pPr>
      <w:r>
        <w:rPr>
          <w:rFonts w:eastAsia="Arial Unicode MS" w:cs="Arial"/>
          <w:color w:val="607181"/>
          <w:sz w:val="23"/>
        </w:rPr>
        <w:t>Standardized Device Manual</w:t>
      </w:r>
    </w:p>
    <w:p>
      <w:pPr>
        <w:pStyle w:val="Normal"/>
        <w:spacing w:before="0" w:after="320"/>
        <w:jc w:val="center"/>
        <w:rPr/>
      </w:pPr>
      <w:r>
        <w:rPr/>
        <w:drawing>
          <wp:inline distT="0" distB="0" distL="0" distR="0">
            <wp:extent cx="5486400" cy="4134485"/>
            <wp:effectExtent l="0" t="0" r="0" b="0"/>
            <wp:docPr id="1" name="Picture 1" descr="GD73 Indoor LoRaWAN Gateway Manual" title="GD73 Indoor LoRaWAN Gateway Man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D73 Indoor LoRaWAN Gateway Manual" title="GD73 Indoor LoRaWAN Gateway Manual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3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4680"/>
        <w:gridCol w:w="4680"/>
      </w:tblGrid>
      <w:tr>
        <w:trPr>
          <w:cantSplit/>
        </w:trPr>
        <w:tc>
          <w:tcPr>
            <w:tcW w:w="4680" w:type="dxa"/>
            <w:tcBorders>
              <w:top w:val="nil"/>
              <w:start w:val="nil"/>
              <w:bottom w:val="nil"/>
              <w:end w:val="nil"/>
            </w:tcBorders>
            <w:shd w:fill="E8F1F6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607181"/>
                <w:kern w:val="0"/>
                <w:sz w:val="16"/>
                <w:szCs w:val="22"/>
                <w:lang w:val="en-US" w:eastAsia="en-US" w:bidi="ar-SA"/>
              </w:rPr>
              <w:t>VERSION</w:t>
              <w:br/>
            </w:r>
            <w:r>
              <w:rPr>
                <w:rFonts w:eastAsia="Arial Unicode MS" w:cs="Arial"/>
                <w:b/>
                <w:color w:val="18324A"/>
                <w:kern w:val="0"/>
                <w:sz w:val="22"/>
                <w:szCs w:val="22"/>
                <w:lang w:val="en-US" w:eastAsia="en-US" w:bidi="ar-SA"/>
              </w:rPr>
              <w:t>Current</w:t>
            </w:r>
          </w:p>
        </w:tc>
        <w:tc>
          <w:tcPr>
            <w:tcW w:w="4680" w:type="dxa"/>
            <w:tcBorders>
              <w:top w:val="nil"/>
              <w:start w:val="nil"/>
              <w:bottom w:val="nil"/>
              <w:end w:val="nil"/>
            </w:tcBorders>
            <w:shd w:fill="E8F1F6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607181"/>
                <w:kern w:val="0"/>
                <w:sz w:val="16"/>
                <w:szCs w:val="22"/>
                <w:lang w:val="en-US" w:eastAsia="en-US" w:bidi="ar-SA"/>
              </w:rPr>
              <w:t>DOCUMENT</w:t>
              <w:br/>
            </w:r>
            <w:r>
              <w:rPr>
                <w:rFonts w:eastAsia="Arial Unicode MS" w:cs="Arial"/>
                <w:b/>
                <w:color w:val="18324A"/>
                <w:kern w:val="0"/>
                <w:sz w:val="22"/>
                <w:szCs w:val="22"/>
                <w:lang w:val="en-US" w:eastAsia="en-US" w:bidi="ar-SA"/>
              </w:rPr>
              <w:t>Device Manual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480"/>
        <w:rPr/>
      </w:pPr>
      <w:r>
        <w:rPr>
          <w:rFonts w:eastAsia="Arial Unicode MS" w:cs="Arial"/>
          <w:b/>
          <w:color w:val="18324A"/>
          <w:sz w:val="48"/>
        </w:rPr>
        <w:t>Revision History</w:t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399"/>
        <w:gridCol w:w="6961"/>
      </w:tblGrid>
      <w:tr>
        <w:trPr>
          <w:tblHeader w:val="true"/>
          <w:cantSplit/>
        </w:trPr>
        <w:tc>
          <w:tcPr>
            <w:tcW w:w="2399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20"/>
                <w:szCs w:val="22"/>
                <w:lang w:val="en-US" w:eastAsia="en-US" w:bidi="ar-SA"/>
              </w:rPr>
              <w:t>Version</w:t>
            </w:r>
          </w:p>
        </w:tc>
        <w:tc>
          <w:tcPr>
            <w:tcW w:w="6961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20"/>
                <w:szCs w:val="22"/>
                <w:lang w:val="en-US" w:eastAsia="en-US" w:bidi="ar-SA"/>
              </w:rPr>
              <w:t>Change Description</w:t>
            </w:r>
          </w:p>
        </w:tc>
      </w:tr>
      <w:tr>
        <w:trPr>
          <w:cantSplit/>
        </w:trPr>
        <w:tc>
          <w:tcPr>
            <w:tcW w:w="239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 w:val="false"/>
                <w:color w:val="243442"/>
                <w:kern w:val="0"/>
                <w:sz w:val="20"/>
                <w:szCs w:val="22"/>
                <w:lang w:val="en-US" w:eastAsia="en-US" w:bidi="ar-SA"/>
              </w:rPr>
              <w:t>Current</w:t>
            </w:r>
          </w:p>
        </w:tc>
        <w:tc>
          <w:tcPr>
            <w:tcW w:w="696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 w:val="false"/>
                <w:color w:val="243442"/>
                <w:kern w:val="0"/>
                <w:sz w:val="20"/>
                <w:szCs w:val="22"/>
                <w:lang w:val="en-US" w:eastAsia="en-US" w:bidi="ar-SA"/>
              </w:rPr>
              <w:t>Current published version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100"/>
        <w:rPr/>
      </w:pPr>
      <w:r>
        <w:rPr>
          <w:rFonts w:eastAsia="Arial Unicode MS" w:cs="Arial"/>
          <w:b/>
          <w:color w:val="2CA6A4"/>
          <w:sz w:val="17"/>
        </w:rPr>
        <w:t>DOCUMENT NAVIGATION</w:t>
      </w:r>
    </w:p>
    <w:p>
      <w:pPr>
        <w:pStyle w:val="Normal"/>
        <w:pBdr>
          <w:bottom w:val="single" w:sz="12" w:space="6" w:color="2CA6A4"/>
        </w:pBdr>
        <w:spacing w:before="0" w:after="400"/>
        <w:rPr/>
      </w:pPr>
      <w:r>
        <w:rPr>
          <w:rFonts w:eastAsia="Arial Unicode MS" w:cs="Arial"/>
          <w:b/>
          <w:color w:val="18324A"/>
          <w:sz w:val="48"/>
        </w:rPr>
        <w:t>Contents</w:t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1. Product Description</w:t>
      </w:r>
      <w:r>
        <w:rPr/>
        <w:tab/>
      </w:r>
      <w:r>
        <w:rPr/>
        <w:fldChar w:fldCharType="begin"/>
      </w:r>
      <w:r>
        <w:rPr/>
        <w:instrText xml:space="preserve"> PAGEREF manual_heading_001 \h </w:instrText>
      </w:r>
      <w:r>
        <w:rPr/>
        <w:fldChar w:fldCharType="separate"/>
      </w:r>
      <w:r>
        <w:rPr/>
        <w:t>4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2. Main Features</w:t>
      </w:r>
      <w:r>
        <w:rPr/>
        <w:tab/>
      </w:r>
      <w:r>
        <w:rPr/>
        <w:fldChar w:fldCharType="begin"/>
      </w:r>
      <w:r>
        <w:rPr/>
        <w:instrText xml:space="preserve"> PAGEREF manual_heading_002 \h </w:instrText>
      </w:r>
      <w:r>
        <w:rPr/>
        <w:fldChar w:fldCharType="separate"/>
      </w:r>
      <w:r>
        <w:rPr/>
        <w:t>4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3. Technical Specifications</w:t>
      </w:r>
      <w:r>
        <w:rPr/>
        <w:tab/>
      </w:r>
      <w:r>
        <w:rPr/>
        <w:fldChar w:fldCharType="begin"/>
      </w:r>
      <w:r>
        <w:rPr/>
        <w:instrText xml:space="preserve"> PAGEREF manual_heading_003 \h </w:instrText>
      </w:r>
      <w:r>
        <w:rPr/>
        <w:fldChar w:fldCharType="separate"/>
      </w:r>
      <w:r>
        <w:rPr/>
        <w:t>4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4. Accessories</w:t>
      </w:r>
      <w:r>
        <w:rPr/>
        <w:tab/>
      </w:r>
      <w:r>
        <w:rPr/>
        <w:fldChar w:fldCharType="begin"/>
      </w:r>
      <w:r>
        <w:rPr/>
        <w:instrText xml:space="preserve"> PAGEREF manual_heading_004 \h </w:instrText>
      </w:r>
      <w:r>
        <w:rPr/>
        <w:fldChar w:fldCharType="separate"/>
      </w:r>
      <w:r>
        <w:rPr/>
        <w:t>8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5. Product Dimensions</w:t>
      </w:r>
      <w:r>
        <w:rPr/>
        <w:tab/>
      </w:r>
      <w:r>
        <w:rPr/>
        <w:fldChar w:fldCharType="begin"/>
      </w:r>
      <w:r>
        <w:rPr/>
        <w:instrText xml:space="preserve"> PAGEREF manual_heading_005 \h </w:instrText>
      </w:r>
      <w:r>
        <w:rPr/>
        <w:fldChar w:fldCharType="separate"/>
      </w:r>
      <w:r>
        <w:rPr/>
        <w:t>8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6. Interface Description</w:t>
      </w:r>
      <w:r>
        <w:rPr/>
        <w:tab/>
      </w:r>
      <w:r>
        <w:rPr/>
        <w:fldChar w:fldCharType="begin"/>
      </w:r>
      <w:r>
        <w:rPr/>
        <w:instrText xml:space="preserve"> PAGEREF manual_heading_006 \h </w:instrText>
      </w:r>
      <w:r>
        <w:rPr/>
        <w:fldChar w:fldCharType="separate"/>
      </w:r>
      <w:r>
        <w:rPr/>
        <w:t>9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7. Indicator Description</w:t>
      </w:r>
      <w:r>
        <w:rPr/>
        <w:tab/>
      </w:r>
      <w:r>
        <w:rPr/>
        <w:fldChar w:fldCharType="begin"/>
      </w:r>
      <w:r>
        <w:rPr/>
        <w:instrText xml:space="preserve"> PAGEREF manual_heading_007 \h </w:instrText>
      </w:r>
      <w:r>
        <w:rPr/>
        <w:fldChar w:fldCharType="separate"/>
      </w:r>
      <w:r>
        <w:rPr/>
        <w:t>10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8. Product Model</w:t>
      </w:r>
      <w:r>
        <w:rPr/>
        <w:tab/>
      </w:r>
      <w:r>
        <w:rPr/>
        <w:fldChar w:fldCharType="begin"/>
      </w:r>
      <w:r>
        <w:rPr/>
        <w:instrText xml:space="preserve"> PAGEREF manual_heading_008 \h </w:instrText>
      </w:r>
      <w:r>
        <w:rPr/>
        <w:fldChar w:fldCharType="separate"/>
      </w:r>
      <w:r>
        <w:rPr/>
        <w:t>10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>8.1 Standard Model</w:t>
      </w:r>
      <w:r>
        <w:rPr/>
        <w:tab/>
      </w:r>
      <w:r>
        <w:rPr/>
        <w:fldChar w:fldCharType="begin"/>
      </w:r>
      <w:r>
        <w:rPr/>
        <w:instrText xml:space="preserve"> PAGEREF manual_heading_009 \h </w:instrText>
      </w:r>
      <w:r>
        <w:rPr/>
        <w:fldChar w:fldCharType="separate"/>
      </w:r>
      <w:r>
        <w:rPr/>
        <w:t>10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>8.2 Model Components</w:t>
      </w:r>
      <w:r>
        <w:rPr/>
        <w:tab/>
      </w:r>
      <w:r>
        <w:rPr/>
        <w:fldChar w:fldCharType="begin"/>
      </w:r>
      <w:r>
        <w:rPr/>
        <w:instrText xml:space="preserve"> PAGEREF manual_heading_010 \h </w:instrText>
      </w:r>
      <w:r>
        <w:rPr/>
        <w:fldChar w:fldCharType="separate"/>
      </w:r>
      <w:r>
        <w:rPr/>
        <w:t>10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9. Gateway Installation</w:t>
      </w:r>
      <w:r>
        <w:rPr/>
        <w:tab/>
      </w:r>
      <w:r>
        <w:rPr/>
        <w:fldChar w:fldCharType="begin"/>
      </w:r>
      <w:r>
        <w:rPr/>
        <w:instrText xml:space="preserve"> PAGEREF manual_heading_011 \h </w:instrText>
      </w:r>
      <w:r>
        <w:rPr/>
        <w:fldChar w:fldCharType="separate"/>
      </w:r>
      <w:r>
        <w:rPr/>
        <w:t>11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10. Accessory Connections</w:t>
      </w:r>
      <w:r>
        <w:rPr/>
        <w:tab/>
      </w:r>
      <w:r>
        <w:rPr/>
        <w:fldChar w:fldCharType="begin"/>
      </w:r>
      <w:r>
        <w:rPr/>
        <w:instrText xml:space="preserve"> PAGEREF manual_heading_012 \h </w:instrText>
      </w:r>
      <w:r>
        <w:rPr/>
        <w:fldChar w:fldCharType="separate"/>
      </w:r>
      <w:r>
        <w:rPr/>
        <w:t>11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>10.1 Antenna Connection</w:t>
      </w:r>
      <w:r>
        <w:rPr/>
        <w:tab/>
      </w:r>
      <w:r>
        <w:rPr/>
        <w:fldChar w:fldCharType="begin"/>
      </w:r>
      <w:r>
        <w:rPr/>
        <w:instrText xml:space="preserve"> PAGEREF manual_heading_013 \h </w:instrText>
      </w:r>
      <w:r>
        <w:rPr/>
        <w:fldChar w:fldCharType="separate"/>
      </w:r>
      <w:r>
        <w:rPr/>
        <w:t>11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>10.2 Type-C Power Connection</w:t>
      </w:r>
      <w:r>
        <w:rPr/>
        <w:tab/>
      </w:r>
      <w:r>
        <w:rPr/>
        <w:fldChar w:fldCharType="begin"/>
      </w:r>
      <w:r>
        <w:rPr/>
        <w:instrText xml:space="preserve"> PAGEREF manual_heading_014 \h </w:instrText>
      </w:r>
      <w:r>
        <w:rPr/>
        <w:fldChar w:fldCharType="separate"/>
      </w:r>
      <w:r>
        <w:rPr/>
        <w:t>11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>10.3 Network Cable Connection</w:t>
      </w:r>
      <w:r>
        <w:rPr/>
        <w:tab/>
      </w:r>
      <w:r>
        <w:rPr/>
        <w:fldChar w:fldCharType="begin"/>
      </w:r>
      <w:r>
        <w:rPr/>
        <w:instrText xml:space="preserve"> PAGEREF manual_heading_015 \h </w:instrText>
      </w:r>
      <w:r>
        <w:rPr/>
        <w:fldChar w:fldCharType="separate"/>
      </w:r>
      <w:r>
        <w:rPr/>
        <w:t>11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>10.4 SIM Card Installation</w:t>
      </w:r>
      <w:r>
        <w:rPr/>
        <w:tab/>
      </w:r>
      <w:r>
        <w:rPr/>
        <w:fldChar w:fldCharType="begin"/>
      </w:r>
      <w:r>
        <w:rPr/>
        <w:instrText xml:space="preserve"> PAGEREF manual_heading_016 \h </w:instrText>
      </w:r>
      <w:r>
        <w:rPr/>
        <w:fldChar w:fldCharType="separate"/>
      </w:r>
      <w:r>
        <w:rPr/>
        <w:t>11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>10.5 RS485 Connection</w:t>
      </w:r>
      <w:r>
        <w:rPr/>
        <w:tab/>
      </w:r>
      <w:r>
        <w:rPr/>
        <w:fldChar w:fldCharType="begin"/>
      </w:r>
      <w:r>
        <w:rPr/>
        <w:instrText xml:space="preserve"> PAGEREF manual_heading_017 \h </w:instrText>
      </w:r>
      <w:r>
        <w:rPr/>
        <w:fldChar w:fldCharType="separate"/>
      </w:r>
      <w:r>
        <w:rPr/>
        <w:t>11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>10.6 DC 5–24 V Power Connection</w:t>
      </w:r>
      <w:r>
        <w:rPr/>
        <w:tab/>
      </w:r>
      <w:r>
        <w:rPr/>
        <w:fldChar w:fldCharType="begin"/>
      </w:r>
      <w:r>
        <w:rPr/>
        <w:instrText xml:space="preserve"> PAGEREF manual_heading_018 \h </w:instrText>
      </w:r>
      <w:r>
        <w:rPr/>
        <w:fldChar w:fldCharType="separate"/>
      </w:r>
      <w:r>
        <w:rPr/>
        <w:t>12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11. Gateway Mounting</w:t>
      </w:r>
      <w:r>
        <w:rPr/>
        <w:tab/>
      </w:r>
      <w:r>
        <w:rPr/>
        <w:fldChar w:fldCharType="begin"/>
      </w:r>
      <w:r>
        <w:rPr/>
        <w:instrText xml:space="preserve"> PAGEREF manual_heading_019 \h </w:instrText>
      </w:r>
      <w:r>
        <w:rPr/>
        <w:fldChar w:fldCharType="separate"/>
      </w:r>
      <w:r>
        <w:rPr/>
        <w:t>12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>11.1 DIN-Rail Mounting</w:t>
      </w:r>
      <w:r>
        <w:rPr/>
        <w:tab/>
      </w:r>
      <w:r>
        <w:rPr/>
        <w:fldChar w:fldCharType="begin"/>
      </w:r>
      <w:r>
        <w:rPr/>
        <w:instrText xml:space="preserve"> PAGEREF manual_heading_020 \h </w:instrText>
      </w:r>
      <w:r>
        <w:rPr/>
        <w:fldChar w:fldCharType="separate"/>
      </w:r>
      <w:r>
        <w:rPr/>
        <w:t>12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12. Gateway Configuration</w:t>
      </w:r>
      <w:r>
        <w:rPr/>
        <w:tab/>
      </w:r>
      <w:r>
        <w:rPr/>
        <w:fldChar w:fldCharType="begin"/>
      </w:r>
      <w:r>
        <w:rPr/>
        <w:instrText xml:space="preserve"> PAGEREF manual_heading_021 \h </w:instrText>
      </w:r>
      <w:r>
        <w:rPr/>
        <w:fldChar w:fldCharType="separate"/>
      </w:r>
      <w:r>
        <w:rPr/>
        <w:t>12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13. RS485 Use</w:t>
      </w:r>
      <w:r>
        <w:rPr/>
        <w:tab/>
      </w:r>
      <w:r>
        <w:rPr/>
        <w:fldChar w:fldCharType="begin"/>
      </w:r>
      <w:r>
        <w:rPr/>
        <w:instrText xml:space="preserve"> PAGEREF manual_heading_022 \h </w:instrText>
      </w:r>
      <w:r>
        <w:rPr/>
        <w:fldChar w:fldCharType="separate"/>
      </w:r>
      <w:r>
        <w:rPr/>
        <w:t>12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14. Platform Connections</w:t>
      </w:r>
      <w:r>
        <w:rPr/>
        <w:tab/>
      </w:r>
      <w:r>
        <w:rPr/>
        <w:fldChar w:fldCharType="begin"/>
      </w:r>
      <w:r>
        <w:rPr/>
        <w:instrText xml:space="preserve"> PAGEREF manual_heading_023 \h </w:instrText>
      </w:r>
      <w:r>
        <w:rPr/>
        <w:fldChar w:fldCharType="separate"/>
      </w:r>
      <w:r>
        <w:rPr/>
        <w:t>12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15. Security Configuration Recommendations</w:t>
      </w:r>
      <w:r>
        <w:rPr/>
        <w:tab/>
      </w:r>
      <w:r>
        <w:rPr/>
        <w:fldChar w:fldCharType="begin"/>
      </w:r>
      <w:r>
        <w:rPr/>
        <w:instrText xml:space="preserve"> PAGEREF manual_heading_024 \h </w:instrText>
      </w:r>
      <w:r>
        <w:rPr/>
        <w:fldChar w:fldCharType="separate"/>
      </w:r>
      <w:r>
        <w:rPr/>
        <w:t>12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16. Contact Us</w:t>
      </w:r>
      <w:r>
        <w:rPr/>
        <w:tab/>
      </w:r>
      <w:r>
        <w:rPr/>
        <w:fldChar w:fldCharType="begin"/>
      </w:r>
      <w:r>
        <w:rPr/>
        <w:instrText xml:space="preserve"> PAGEREF manual_heading_025 \h </w:instrText>
      </w:r>
      <w:r>
        <w:rPr/>
        <w:fldChar w:fldCharType="separate"/>
      </w:r>
      <w:r>
        <w:rPr/>
        <w:t>13</w:t>
      </w:r>
      <w:r>
        <w:rPr/>
        <w:fldChar w:fldCharType="end"/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200"/>
        <w:rPr/>
      </w:pPr>
      <w:bookmarkStart w:id="0" w:name="manual_heading_001"/>
      <w:r>
        <w:rPr>
          <w:rFonts w:eastAsia="Arial Unicode MS" w:cs="Arial" w:ascii="Arial" w:hAnsi="Arial"/>
          <w:color w:val="1E6F9F"/>
          <w:sz w:val="32"/>
        </w:rPr>
        <w:t>1. Product Description</w:t>
      </w:r>
      <w:bookmarkEnd w:id="0"/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>GD73 is an indoor, multi-channel, high-performance gateway designed by ManThink for LoRaWAN systems. It uses a high-performance processor, a Semtech SX1302 LoRa concentrator and an industrial-grade Wi-Fi module. It supports Ethernet, cellular, Wi-Fi access-point/client, Bluetooth Low Energy (BLE) and RS485 connections. The aluminum-alloy enclosure supports DIN-rail mounting and PoE, USB Type-C or DC 5–24 V power. GD73 is suitable for campuses, buildings, industrial sites, smart-property deployments and other indoor IoT environments.</w:t>
      </w:r>
    </w:p>
    <w:p>
      <w:pPr>
        <w:pStyle w:val="Heading1"/>
        <w:rPr/>
      </w:pPr>
      <w:bookmarkStart w:id="1" w:name="manual_heading_002"/>
      <w:r>
        <w:rPr>
          <w:rFonts w:eastAsia="Arial Unicode MS" w:cs="Arial" w:ascii="Arial" w:hAnsi="Arial"/>
          <w:color w:val="1E6F9F"/>
          <w:sz w:val="32"/>
        </w:rPr>
        <w:t>2. Main Features</w:t>
      </w:r>
      <w:bookmarkEnd w:id="1"/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High-performance chipset, at least 512 MB DDR and at least 16 GB eMMC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Semtech SX1302 LoRa concentrator with at least 8 LoRaWAN uplink channels, 8 frequency points and 16 demodulators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 xml:space="preserve">-141 dBm LoRa receiver sensitivity at SF12/BW 125 kHz; maximum transmit power is 27 dBm for suffix </w:t>
      </w:r>
      <w:r>
        <w:rPr>
          <w:rFonts w:eastAsia="Arial Unicode MS" w:cs="Menlo" w:ascii="Menlo" w:hAnsi="Menlo"/>
          <w:color w:val="18324A"/>
          <w:sz w:val="21"/>
        </w:rPr>
        <w:t>-1</w:t>
      </w:r>
      <w:r>
        <w:rPr>
          <w:rFonts w:eastAsia="Arial Unicode MS" w:cs="Arial"/>
          <w:color w:val="243442"/>
          <w:sz w:val="22"/>
        </w:rPr>
        <w:t xml:space="preserve"> and 22 dBm for suffix </w:t>
      </w:r>
      <w:r>
        <w:rPr>
          <w:rFonts w:eastAsia="Arial Unicode MS" w:cs="Menlo" w:ascii="Menlo" w:hAnsi="Menlo"/>
          <w:color w:val="18324A"/>
          <w:sz w:val="21"/>
        </w:rPr>
        <w:t>-2</w:t>
      </w:r>
      <w:r>
        <w:rPr>
          <w:rFonts w:eastAsia="Arial Unicode MS" w:cs="Arial"/>
          <w:color w:val="243442"/>
          <w:sz w:val="22"/>
        </w:rPr>
        <w:t>, with a maximum-power tolerance of ±2 dBm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Standard LoRaWAN and AS923 regional parameters, plus regional configurations for CN470, EU433, EU868, AU915 and US915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Industrial-grade Wi-Fi module supporting access-point and client modes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2.4 GHz or 5 GHz Wi-Fi, IEEE 802.11a/b/g/n, at least 100 Mbps download and at least 50 Mbps upload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Bluetooth Low Energy (BLE)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RS485 interface for industrial meters, controllers and other field equipment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Ethernet, 4G/LTE and Wi-Fi backhaul, plus dual-gateway redundancy architecture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GPS and BeiDou (BDS) positioning, plus NTP clock synchronization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MQTT, MQTTS, HTTP, HTTPS, SNMP, DHCP, static IP, NAT and ICMP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WPA2, AES, TLS, firewall and access control list (ACL)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Secure remote management, configuration and upgrades; supports Python and Node-RED for secondary development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Automatic fault detection and recovery; monitoring of CPU, memory, storage, network and LoRa communication quality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PoE, USB Type-C and DC 5–24 V power, with visual configuration and maintenance through gwTool7</w:t>
      </w:r>
    </w:p>
    <w:p>
      <w:pPr>
        <w:pStyle w:val="Heading1"/>
        <w:rPr/>
      </w:pPr>
      <w:bookmarkStart w:id="2" w:name="manual_heading_003"/>
      <w:r>
        <w:rPr>
          <w:rFonts w:eastAsia="Arial Unicode MS" w:cs="Arial" w:ascii="Arial" w:hAnsi="Arial"/>
          <w:color w:val="1E6F9F"/>
          <w:sz w:val="32"/>
        </w:rPr>
        <w:t>3. Technical Specifications</w:t>
      </w:r>
      <w:bookmarkEnd w:id="2"/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Category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Parameter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GD73 Specification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COMPUTE AND STORAGE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SoC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High-performance multi-core processor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Memory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DDR, ≥ 512 MB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Storage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eMMC, ≥ 16 GB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Category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Parameter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GD73 Specification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SOFTWARE AND PLATFORM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Built-in platform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Built-in TKL LoRaWAN network server and IoT platform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External platforms/protocols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ThinkLink, ChirpStack, TTN, Basic Station and GWMP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Data services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PostgreSQL, Redis, historical data storage, Thing Model, application data parsing and Dashboard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Secondary development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Supports Python and Node-RED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Remote operations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Remote management, configuration and upgrades over SSH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Fault handling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Automatic fault detection and recovery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Monitoring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Reporting of CPU, memory and storage usage, network status and LoRa communication quality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Category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Parameter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GD73 Specification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LORAWAN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Concentrator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Semtech SX1302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Protocol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Standard LoRaWAN; compliant with LoRa Alliance™ LoRaWAN Specification v1.0.4 or a later version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Operating bands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AS923: 920–928 MHz; regional configurations also include CN470, EU433, EU868, US915 (902–928 MHz) and AU915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Channels/frequency points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At least 8 uplink channels; 8 frequency points at BW = 125 kHz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Demodulators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16, processing up to 16 packets simultaneously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Demodulator composition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8 × SF5–SF12 LoRa®demodulators; 8 × SF5–SF10 LoRa®demodulators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Channel capacity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65 logical channels; each SF, bandwidth and frequency-point combination defines a channel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Communication rate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292 bps to 15.625 kbps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Spreading factors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SF5 to SF12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Single-channel bandwidth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125 kHz or higher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Operating mode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Half-duplex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Transmit power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Suffix </w:t>
            </w:r>
            <w:r>
              <w:rPr>
                <w:rFonts w:eastAsia="Arial Unicode MS" w:cs="Menlo" w:ascii="Menlo" w:hAnsi="Menlo"/>
                <w:color w:val="18324A"/>
                <w:kern w:val="0"/>
                <w:sz w:val="17"/>
                <w:szCs w:val="22"/>
                <w:lang w:val="en-US" w:eastAsia="en-US" w:bidi="ar-SA"/>
              </w:rPr>
              <w:t>-1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: 27 dBm maximum; suffix </w:t>
            </w:r>
            <w:r>
              <w:rPr>
                <w:rFonts w:eastAsia="Arial Unicode MS" w:cs="Menlo" w:ascii="Menlo" w:hAnsi="Menlo"/>
                <w:color w:val="18324A"/>
                <w:kern w:val="0"/>
                <w:sz w:val="17"/>
                <w:szCs w:val="22"/>
                <w:lang w:val="en-US" w:eastAsia="en-US" w:bidi="ar-SA"/>
              </w:rPr>
              <w:t>-2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: 22 dBm maximum; maximum-power tolerance: ±2 dBm; projects requiring at least 25 dBm capability shall select suffix </w:t>
            </w:r>
            <w:r>
              <w:rPr>
                <w:rFonts w:eastAsia="Arial Unicode MS" w:cs="Menlo" w:ascii="Menlo" w:hAnsi="Menlo"/>
                <w:color w:val="18324A"/>
                <w:kern w:val="0"/>
                <w:sz w:val="17"/>
                <w:szCs w:val="22"/>
                <w:lang w:val="en-US" w:eastAsia="en-US" w:bidi="ar-SA"/>
              </w:rPr>
              <w:t>-1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Receiver sensitivity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-141 dBm at SF12/BW 125 kHz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Antenna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Omnidirectional LoRa antenna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Category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Parameter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GD73 Specification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WI-FI AND BLUETOOTH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Wi-Fi module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Industrial-grade Wi-Fi module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Operating modes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Access-point mode and client mode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Bands/standards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2.4 GHz or 5 GHz; IEEE 802.11a/b/g/n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Download/upload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Download ≥ 100 Mbps; upload ≥ 50 Mbps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Security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WPA2, AES and TLS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Bluetooth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Bluetooth Low Energy (BLE)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Category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Parameter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GD73 Specification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NETWORK AND TRANSPORT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Ethernet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1000M/100M; DHCP and static IP configuration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Cellular uplink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CAT1 4G/LTE module by default; LTE-FDD B1/3/5/8 and LTE-TDD B34/38/39/40/41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Data forwarding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MQTT, MQTTS, HTTP and HTTPS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Network services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NTP, prevailing-version SNMP, NAT and ICMP diagnostics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Network redundancy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Dual-gateway architecture for network redundancy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Category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Parameter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GD73 Specification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SECURITY AND AUTHENTICATION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Device identity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IMEI or device-feature-string authentication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Access protection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Firewall and access control list (ACL)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Transport security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Prevailing-version TLS; administrators can disable unsafe SSH/TLS cipher suites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Category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Parameter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GD73 Specification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PORTS AND TIMING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Configuration ports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USB Type-C, Ethernet and Wi-Fi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SIM slot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One external SIM slot supporting LTE/5G SIM cards; cellular standards are determined by the configured module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Positioning/timing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GPS and BeiDou (BDS) positioning; NTP synchronization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Category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Parameter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GD73 Specification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RS485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Physical interface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One RS485 interface on green A/B terminals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Connection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Half-duplex differential bus for industrial meters, controllers and other field equipment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Communication parameters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Baud rate, parity and application protocol are set in the device configuration or application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Category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Parameter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GD73 Specification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POWER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PoE power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One PoE Ethernet port; nominal 48 V PoE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USB power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USB Type-C, 5 V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DC power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DC 5–24 V on green V−/V+ terminals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Power consumption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≤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5 W in a typical configuration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Category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Parameter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GD73 Specification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ENVIRONMENT AND ENCLOSURE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Operating temperature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-20°C to 65°C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Operating humidity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0% to 95% RH, non-condensing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Ingress protection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IP53, meeting the IP30-or-better indoor-gateway requirement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Radio-equipment requirement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Compliant with HKCA 1078 requirements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Weight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0.33 kg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Dimensions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139 × 122 × 28 mm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Installation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DIN-rail mounting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>Cellular deployment note: if local operator bands are outside the default module range, contact ManThink for a suitable cellular module. Configure actual LoRa transmit power to comply with local regulations.</w:t>
      </w:r>
    </w:p>
    <w:p>
      <w:pPr>
        <w:pStyle w:val="Heading1"/>
        <w:rPr/>
      </w:pPr>
      <w:bookmarkStart w:id="3" w:name="manual_heading_004"/>
      <w:r>
        <w:rPr>
          <w:rFonts w:eastAsia="Arial Unicode MS" w:cs="Arial" w:ascii="Arial" w:hAnsi="Arial"/>
          <w:color w:val="1E6F9F"/>
          <w:sz w:val="32"/>
        </w:rPr>
        <w:t>4. Accessories</w:t>
      </w:r>
      <w:bookmarkEnd w:id="3"/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>The product package includes the GD73 gateway, PoE power components, power adapter, Type-C cable, DIN-rail backplate, LoRa antenna, LTE antenna, positioning antenna, Wi-Fi antenna, network cable, green terminal block and mounting fasteners. Cellular-enabled versions include an LTE/5G SIM card with a data plan suitable for the project transmission requirements.</w:t>
      </w:r>
    </w:p>
    <w:p>
      <w:pPr>
        <w:pStyle w:val="Heading1"/>
        <w:rPr/>
      </w:pPr>
      <w:bookmarkStart w:id="4" w:name="manual_heading_005"/>
      <w:r>
        <w:rPr>
          <w:rFonts w:eastAsia="Arial Unicode MS" w:cs="Arial" w:ascii="Arial" w:hAnsi="Arial"/>
          <w:color w:val="1E6F9F"/>
          <w:sz w:val="32"/>
        </w:rPr>
        <w:t>5. Product Dimensions</w:t>
      </w:r>
      <w:bookmarkEnd w:id="4"/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>The product outline and installation dimensions are shown below.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4839335" cy="5303520"/>
            <wp:effectExtent l="0" t="0" r="0" b="0"/>
            <wp:docPr id="2" name="Picture 2" descr="GD73 product dimensions" title="GD73 product dimens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D73 product dimensions" title="GD73 product dimensions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335" cy="530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>Figure  GD73 product dimensions</w:t>
      </w:r>
    </w:p>
    <w:p>
      <w:pPr>
        <w:pStyle w:val="Heading1"/>
        <w:rPr/>
      </w:pPr>
      <w:bookmarkStart w:id="5" w:name="manual_heading_006"/>
      <w:r>
        <w:rPr>
          <w:rFonts w:eastAsia="Arial Unicode MS" w:cs="Arial" w:ascii="Arial" w:hAnsi="Arial"/>
          <w:color w:val="1E6F9F"/>
          <w:sz w:val="32"/>
        </w:rPr>
        <w:t>6. Interface Description</w:t>
      </w:r>
      <w:bookmarkEnd w:id="5"/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700"/>
        <w:gridCol w:w="6660"/>
      </w:tblGrid>
      <w:tr>
        <w:trPr>
          <w:tblHeader w:val="true"/>
          <w:cantSplit/>
        </w:trPr>
        <w:tc>
          <w:tcPr>
            <w:tcW w:w="27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Interface</w:t>
            </w:r>
          </w:p>
        </w:tc>
        <w:tc>
          <w:tcPr>
            <w:tcW w:w="666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Description</w:t>
            </w:r>
          </w:p>
        </w:tc>
      </w:tr>
      <w:tr>
        <w:trPr>
          <w:cantSplit/>
        </w:trPr>
        <w:tc>
          <w:tcPr>
            <w:tcW w:w="27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WiFi</w:t>
            </w:r>
          </w:p>
        </w:tc>
        <w:tc>
          <w:tcPr>
            <w:tcW w:w="666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Wi-Fi antenna interface</w:t>
            </w:r>
          </w:p>
        </w:tc>
      </w:tr>
      <w:tr>
        <w:trPr>
          <w:cantSplit/>
        </w:trPr>
        <w:tc>
          <w:tcPr>
            <w:tcW w:w="27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TF</w:t>
            </w:r>
          </w:p>
        </w:tc>
        <w:tc>
          <w:tcPr>
            <w:tcW w:w="666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Memory-card slot</w:t>
            </w:r>
          </w:p>
        </w:tc>
      </w:tr>
      <w:tr>
        <w:trPr>
          <w:cantSplit/>
        </w:trPr>
        <w:tc>
          <w:tcPr>
            <w:tcW w:w="27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LoRa</w:t>
            </w:r>
          </w:p>
        </w:tc>
        <w:tc>
          <w:tcPr>
            <w:tcW w:w="666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LoRa antenna interface</w:t>
            </w:r>
          </w:p>
        </w:tc>
      </w:tr>
      <w:tr>
        <w:trPr>
          <w:cantSplit/>
        </w:trPr>
        <w:tc>
          <w:tcPr>
            <w:tcW w:w="27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 / A</w:t>
            </w:r>
          </w:p>
        </w:tc>
        <w:tc>
          <w:tcPr>
            <w:tcW w:w="666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RS485 differential-signal terminals</w:t>
            </w:r>
          </w:p>
        </w:tc>
      </w:tr>
      <w:tr>
        <w:trPr>
          <w:cantSplit/>
        </w:trPr>
        <w:tc>
          <w:tcPr>
            <w:tcW w:w="27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V− / V+</w:t>
            </w:r>
          </w:p>
        </w:tc>
        <w:tc>
          <w:tcPr>
            <w:tcW w:w="666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DC 5–24 V power-input terminals</w:t>
            </w:r>
          </w:p>
        </w:tc>
      </w:tr>
      <w:tr>
        <w:trPr>
          <w:cantSplit/>
        </w:trPr>
        <w:tc>
          <w:tcPr>
            <w:tcW w:w="27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RST</w:t>
            </w:r>
          </w:p>
        </w:tc>
        <w:tc>
          <w:tcPr>
            <w:tcW w:w="666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Reset button</w:t>
            </w:r>
          </w:p>
        </w:tc>
      </w:tr>
      <w:tr>
        <w:trPr>
          <w:cantSplit/>
        </w:trPr>
        <w:tc>
          <w:tcPr>
            <w:tcW w:w="27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SIM</w:t>
            </w:r>
          </w:p>
        </w:tc>
        <w:tc>
          <w:tcPr>
            <w:tcW w:w="666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SIM-card slot</w:t>
            </w:r>
          </w:p>
        </w:tc>
      </w:tr>
      <w:tr>
        <w:trPr>
          <w:cantSplit/>
        </w:trPr>
        <w:tc>
          <w:tcPr>
            <w:tcW w:w="27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RJ45</w:t>
            </w:r>
          </w:p>
        </w:tc>
        <w:tc>
          <w:tcPr>
            <w:tcW w:w="666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Ethernet and PoE power interface</w:t>
            </w:r>
          </w:p>
        </w:tc>
      </w:tr>
      <w:tr>
        <w:trPr>
          <w:cantSplit/>
        </w:trPr>
        <w:tc>
          <w:tcPr>
            <w:tcW w:w="27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PWR</w:t>
            </w:r>
          </w:p>
        </w:tc>
        <w:tc>
          <w:tcPr>
            <w:tcW w:w="666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USB Type-C power interface</w:t>
            </w:r>
          </w:p>
        </w:tc>
      </w:tr>
      <w:tr>
        <w:trPr>
          <w:cantSplit/>
        </w:trPr>
        <w:tc>
          <w:tcPr>
            <w:tcW w:w="27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4G</w:t>
            </w:r>
          </w:p>
        </w:tc>
        <w:tc>
          <w:tcPr>
            <w:tcW w:w="666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LTE antenna interface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p>
      <w:pPr>
        <w:pStyle w:val="Heading1"/>
        <w:rPr/>
      </w:pPr>
      <w:bookmarkStart w:id="6" w:name="manual_heading_007"/>
      <w:r>
        <w:rPr>
          <w:rFonts w:eastAsia="Arial Unicode MS" w:cs="Arial" w:ascii="Arial" w:hAnsi="Arial"/>
          <w:color w:val="1E6F9F"/>
          <w:sz w:val="32"/>
        </w:rPr>
        <w:t>7. Indicator Description</w:t>
      </w:r>
      <w:bookmarkEnd w:id="6"/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Indicator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State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Description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Run indicator</w:t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Steady / off / 1 Hz flashing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System starting / base startup complete and applications starting / normal operation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Network indicator</w:t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1 Hz / 500 ms / rapid flashing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Network normal / network abnormal / network configuration in progress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Cellular indicator</w:t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Off / steady / irregular flashing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No module / module installed without SIM / cellular data activity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LoRa transceiver indicator</w:t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TX-color / RX-color flashing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Transmitting / receiving LoRa packets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LAN status indicator</w:t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Red / blue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System-control state / Wi-Fi connection state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Fault indicator</w:t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Rapid flashing / off / flashing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Startup phase 2 / no fault / fault detected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p>
      <w:pPr>
        <w:pStyle w:val="Heading1"/>
        <w:rPr/>
      </w:pPr>
      <w:bookmarkStart w:id="7" w:name="manual_heading_008"/>
      <w:r>
        <w:rPr>
          <w:rFonts w:eastAsia="Arial Unicode MS" w:cs="Arial" w:ascii="Arial" w:hAnsi="Arial"/>
          <w:color w:val="1E6F9F"/>
          <w:sz w:val="32"/>
        </w:rPr>
        <w:t>8. Product Model</w:t>
      </w:r>
      <w:bookmarkEnd w:id="7"/>
    </w:p>
    <w:p>
      <w:pPr>
        <w:pStyle w:val="Heading2"/>
        <w:rPr/>
      </w:pPr>
      <w:bookmarkStart w:id="8" w:name="manual_heading_009"/>
      <w:r>
        <w:rPr>
          <w:rFonts w:eastAsia="Arial Unicode MS" w:cs="Arial" w:ascii="Arial" w:hAnsi="Arial"/>
          <w:color w:val="1E6F9F"/>
          <w:sz w:val="26"/>
        </w:rPr>
        <w:t>8.1 Standard Model</w:t>
      </w:r>
      <w:bookmarkEnd w:id="8"/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 xml:space="preserve">The GD73 standard model is </w:t>
      </w:r>
      <w:r>
        <w:rPr>
          <w:rFonts w:eastAsia="Arial Unicode MS" w:cs="Menlo" w:ascii="Menlo" w:hAnsi="Menlo"/>
          <w:color w:val="18324A"/>
          <w:sz w:val="21"/>
        </w:rPr>
        <w:t>GD738-AG-AS923-N-2</w:t>
      </w:r>
      <w:r>
        <w:rPr>
          <w:rFonts w:eastAsia="Arial Unicode MS" w:cs="Arial"/>
          <w:color w:val="243442"/>
          <w:sz w:val="22"/>
        </w:rPr>
        <w:t>.</w:t>
      </w:r>
    </w:p>
    <w:p>
      <w:pPr>
        <w:pStyle w:val="Heading2"/>
        <w:rPr/>
      </w:pPr>
      <w:bookmarkStart w:id="9" w:name="manual_heading_010"/>
      <w:r>
        <w:rPr>
          <w:rFonts w:eastAsia="Arial Unicode MS" w:cs="Arial" w:ascii="Arial" w:hAnsi="Arial"/>
          <w:color w:val="1E6F9F"/>
          <w:sz w:val="26"/>
        </w:rPr>
        <w:t>8.2 Model Components</w:t>
      </w:r>
      <w:bookmarkEnd w:id="9"/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GD738: series and RF band.</w:t>
      </w:r>
      <w:r>
        <w:rPr>
          <w:rFonts w:eastAsia="Arial Unicode MS" w:cs="Arial"/>
          <w:color w:val="243442"/>
          <w:sz w:val="22"/>
        </w:rPr>
        <w:t xml:space="preserve"> GD73 identifies the indoor LoRaWAN gateway series; 8 identifies the 800 MHz-and-above RF version.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-AG: LoRa architecture and cellular configuration.</w:t>
      </w:r>
      <w:r>
        <w:rPr>
          <w:rFonts w:eastAsia="Arial Unicode MS" w:cs="Arial"/>
          <w:color w:val="243442"/>
          <w:sz w:val="22"/>
        </w:rPr>
        <w:t xml:space="preserve"> A identifies one LoRa antenna, 8 frequency points, 65 channels and half-duplex operation; G identifies an integrated cellular module.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-AS923: LoRaWAN regional standard.</w:t>
      </w:r>
      <w:r>
        <w:rPr>
          <w:rFonts w:eastAsia="Arial Unicode MS" w:cs="Arial"/>
          <w:color w:val="243442"/>
          <w:sz w:val="22"/>
        </w:rPr>
        <w:t xml:space="preserve"> Identifies support for AS923 regional parameters.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-N: version code.</w:t>
      </w:r>
      <w:r>
        <w:rPr>
          <w:rFonts w:eastAsia="Arial Unicode MS" w:cs="Arial"/>
          <w:color w:val="243442"/>
          <w:sz w:val="22"/>
        </w:rPr>
        <w:t xml:space="preserve"> N identifies the default version; other values are used for customized versions.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-1: transmit-power version.</w:t>
      </w:r>
      <w:r>
        <w:rPr>
          <w:rFonts w:eastAsia="Arial Unicode MS" w:cs="Arial"/>
          <w:color w:val="243442"/>
          <w:sz w:val="22"/>
        </w:rPr>
        <w:t xml:space="preserve"> Maximum transmit power is 27 dBm, with a maximum-power tolerance of ±2 dBm.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-2: transmit-power version.</w:t>
      </w:r>
      <w:r>
        <w:rPr>
          <w:rFonts w:eastAsia="Arial Unicode MS" w:cs="Arial"/>
          <w:color w:val="243442"/>
          <w:sz w:val="22"/>
        </w:rPr>
        <w:t xml:space="preserve"> Maximum transmit power is 22 dBm, with a maximum-power tolerance of ±2 dBm.</w:t>
      </w:r>
    </w:p>
    <w:p>
      <w:pPr>
        <w:pStyle w:val="Heading1"/>
        <w:rPr/>
      </w:pPr>
      <w:bookmarkStart w:id="10" w:name="manual_heading_011"/>
      <w:r>
        <w:rPr>
          <w:rFonts w:eastAsia="Arial Unicode MS" w:cs="Arial" w:ascii="Arial" w:hAnsi="Arial"/>
          <w:color w:val="1E6F9F"/>
          <w:sz w:val="32"/>
        </w:rPr>
        <w:t>9. Gateway Installation</w:t>
      </w:r>
      <w:bookmarkEnd w:id="10"/>
    </w:p>
    <w:p>
      <w:pPr>
        <w:pStyle w:val="Normal"/>
        <w:rPr/>
      </w:pPr>
      <w:r>
        <w:rPr>
          <w:rFonts w:eastAsia="Arial Unicode MS" w:cs="Arial"/>
          <w:b/>
          <w:color w:val="243442"/>
          <w:sz w:val="22"/>
        </w:rPr>
        <w:t>Do not open the gateway enclosure during installation. Disconnect power first and verify that antennas, PoE, DC power and site cabling meet deployment requirements.</w:t>
      </w:r>
    </w:p>
    <w:p>
      <w:pPr>
        <w:pStyle w:val="Heading1"/>
        <w:rPr/>
      </w:pPr>
      <w:bookmarkStart w:id="11" w:name="manual_heading_012"/>
      <w:r>
        <w:rPr>
          <w:rFonts w:eastAsia="Arial Unicode MS" w:cs="Arial" w:ascii="Arial" w:hAnsi="Arial"/>
          <w:color w:val="1E6F9F"/>
          <w:sz w:val="32"/>
        </w:rPr>
        <w:t>10. Accessory Connections</w:t>
      </w:r>
      <w:bookmarkEnd w:id="11"/>
    </w:p>
    <w:p>
      <w:pPr>
        <w:pStyle w:val="Heading2"/>
        <w:rPr/>
      </w:pPr>
      <w:bookmarkStart w:id="12" w:name="manual_heading_013"/>
      <w:r>
        <w:rPr>
          <w:rFonts w:eastAsia="Arial Unicode MS" w:cs="Arial" w:ascii="Arial" w:hAnsi="Arial"/>
          <w:color w:val="1E6F9F"/>
          <w:sz w:val="26"/>
        </w:rPr>
        <w:t>10.1 Antenna Connection</w:t>
      </w:r>
      <w:bookmarkEnd w:id="12"/>
    </w:p>
    <w:p>
      <w:pPr>
        <w:pStyle w:val="ListNumber"/>
        <w:numPr>
          <w:ilvl w:val="0"/>
          <w:numId w:val="15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Connect the LoRa, LTE, positioning and Wi-Fi antennas to their matching interfaces.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Tighten antenna connectors evenly without overtightening.</w:t>
      </w:r>
    </w:p>
    <w:p>
      <w:pPr>
        <w:pStyle w:val="Heading2"/>
        <w:rPr/>
      </w:pPr>
      <w:bookmarkStart w:id="13" w:name="manual_heading_014"/>
      <w:r>
        <w:rPr>
          <w:rFonts w:eastAsia="Arial Unicode MS" w:cs="Arial" w:ascii="Arial" w:hAnsi="Arial"/>
          <w:color w:val="1E6F9F"/>
          <w:sz w:val="26"/>
        </w:rPr>
        <w:t>10.2 Type-C Power Connection</w:t>
      </w:r>
      <w:bookmarkEnd w:id="13"/>
    </w:p>
    <w:p>
      <w:pPr>
        <w:pStyle w:val="ListNumber"/>
        <w:numPr>
          <w:ilvl w:val="0"/>
          <w:numId w:val="16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The Type-C power cable is not required when PoE or DC power is used.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For USB power, connect the Type-C cable to the gateway PWR interface.</w:t>
      </w:r>
    </w:p>
    <w:p>
      <w:pPr>
        <w:pStyle w:val="Heading2"/>
        <w:rPr/>
      </w:pPr>
      <w:bookmarkStart w:id="14" w:name="manual_heading_015"/>
      <w:r>
        <w:rPr>
          <w:rFonts w:eastAsia="Arial Unicode MS" w:cs="Arial" w:ascii="Arial" w:hAnsi="Arial"/>
          <w:color w:val="1E6F9F"/>
          <w:sz w:val="26"/>
        </w:rPr>
        <w:t>10.3 Network Cable Connection</w:t>
      </w:r>
      <w:bookmarkEnd w:id="14"/>
    </w:p>
    <w:p>
      <w:pPr>
        <w:pStyle w:val="ListNumber"/>
        <w:numPr>
          <w:ilvl w:val="0"/>
          <w:numId w:val="1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Connect the network cable to the gateway RJ45 interface.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When using PoE, connect the other end to compliant PoE equipment.</w:t>
      </w:r>
    </w:p>
    <w:p>
      <w:pPr>
        <w:pStyle w:val="Heading2"/>
        <w:rPr/>
      </w:pPr>
      <w:bookmarkStart w:id="15" w:name="manual_heading_016"/>
      <w:r>
        <w:rPr>
          <w:rFonts w:eastAsia="Arial Unicode MS" w:cs="Arial" w:ascii="Arial" w:hAnsi="Arial"/>
          <w:color w:val="1E6F9F"/>
          <w:sz w:val="26"/>
        </w:rPr>
        <w:t>10.4 SIM Card Installation</w:t>
      </w:r>
      <w:bookmarkEnd w:id="15"/>
    </w:p>
    <w:p>
      <w:pPr>
        <w:pStyle w:val="ListNumber"/>
        <w:numPr>
          <w:ilvl w:val="0"/>
          <w:numId w:val="18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Before using cellular networking, insert a SIM card into the gateway SIM slot.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Follow the slot marking for contact and notch orientation; do not force the card.</w:t>
      </w:r>
    </w:p>
    <w:p>
      <w:pPr>
        <w:pStyle w:val="Heading2"/>
        <w:rPr/>
      </w:pPr>
      <w:bookmarkStart w:id="16" w:name="manual_heading_017"/>
      <w:r>
        <w:rPr>
          <w:rFonts w:eastAsia="Arial Unicode MS" w:cs="Arial" w:ascii="Arial" w:hAnsi="Arial"/>
          <w:color w:val="1E6F9F"/>
          <w:sz w:val="26"/>
        </w:rPr>
        <w:t>10.5 RS485 Connection</w:t>
      </w:r>
      <w:bookmarkEnd w:id="16"/>
    </w:p>
    <w:p>
      <w:pPr>
        <w:pStyle w:val="ListNumber"/>
        <w:numPr>
          <w:ilvl w:val="0"/>
          <w:numId w:val="19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With power disconnected, connect the field-device RS485 A and B wires to the matching green A and B terminals.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Verify bus polarity, termination and common-reference requirements against the field-device manual.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After power-up, configure matching baud rate, data bits, stop bits, parity and application protocol in the application or device configuration.</w:t>
      </w:r>
    </w:p>
    <w:p>
      <w:pPr>
        <w:pStyle w:val="Heading2"/>
        <w:rPr/>
      </w:pPr>
      <w:bookmarkStart w:id="17" w:name="manual_heading_018"/>
      <w:r>
        <w:rPr>
          <w:rFonts w:eastAsia="Arial Unicode MS" w:cs="Arial" w:ascii="Arial" w:hAnsi="Arial"/>
          <w:color w:val="1E6F9F"/>
          <w:sz w:val="26"/>
        </w:rPr>
        <w:t>10.6 DC 5–24 V Power Connection</w:t>
      </w:r>
      <w:bookmarkEnd w:id="17"/>
    </w:p>
    <w:p>
      <w:pPr>
        <w:pStyle w:val="ListNumber"/>
        <w:numPr>
          <w:ilvl w:val="0"/>
          <w:numId w:val="20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With power disconnected, connect the supply negative and positive wires to the green V− and V+ terminals.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Verify the voltage range and polarity before applying power.</w:t>
      </w:r>
    </w:p>
    <w:p>
      <w:pPr>
        <w:pStyle w:val="Heading1"/>
        <w:rPr/>
      </w:pPr>
      <w:bookmarkStart w:id="18" w:name="manual_heading_019"/>
      <w:r>
        <w:rPr>
          <w:rFonts w:eastAsia="Arial Unicode MS" w:cs="Arial" w:ascii="Arial" w:hAnsi="Arial"/>
          <w:color w:val="1E6F9F"/>
          <w:sz w:val="32"/>
        </w:rPr>
        <w:t>11. Gateway Mounting</w:t>
      </w:r>
      <w:bookmarkEnd w:id="18"/>
    </w:p>
    <w:p>
      <w:pPr>
        <w:pStyle w:val="Heading2"/>
        <w:rPr/>
      </w:pPr>
      <w:bookmarkStart w:id="19" w:name="manual_heading_020"/>
      <w:r>
        <w:rPr>
          <w:rFonts w:eastAsia="Arial Unicode MS" w:cs="Arial" w:ascii="Arial" w:hAnsi="Arial"/>
          <w:color w:val="1E6F9F"/>
          <w:sz w:val="26"/>
        </w:rPr>
        <w:t>11.1 DIN-Rail Mounting</w:t>
      </w:r>
      <w:bookmarkEnd w:id="19"/>
    </w:p>
    <w:p>
      <w:pPr>
        <w:pStyle w:val="ListNumber"/>
        <w:numPr>
          <w:ilvl w:val="0"/>
          <w:numId w:val="2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Fasten the DIN-rail backplate to the rear of the gateway.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Engage the backplate with the matching DIN rail and verify that the gateway is secure.</w:t>
      </w:r>
    </w:p>
    <w:p>
      <w:pPr>
        <w:pStyle w:val="Heading1"/>
        <w:rPr/>
      </w:pPr>
      <w:bookmarkStart w:id="20" w:name="manual_heading_021"/>
      <w:r>
        <w:rPr>
          <w:rFonts w:eastAsia="Arial Unicode MS" w:cs="Arial" w:ascii="Arial" w:hAnsi="Arial"/>
          <w:color w:val="1E6F9F"/>
          <w:sz w:val="32"/>
        </w:rPr>
        <w:t>12. Gateway Configuration</w:t>
      </w:r>
      <w:bookmarkEnd w:id="20"/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 xml:space="preserve">GD73 is configured and maintained with gwTool7. See the </w:t>
      </w:r>
      <w:hyperlink r:id="rId4">
        <w:r>
          <w:rPr>
            <w:rStyle w:val="Style"/>
            <w:rFonts w:eastAsia="Arial Unicode MS"/>
            <w:color w:val="1E6F9F"/>
            <w:u w:val="single"/>
          </w:rPr>
          <w:t>gwTool7 Gateway Administrator Manual</w:t>
        </w:r>
      </w:hyperlink>
      <w:r>
        <w:rPr>
          <w:rFonts w:eastAsia="Arial Unicode MS" w:cs="Arial"/>
          <w:color w:val="243442"/>
          <w:sz w:val="22"/>
        </w:rPr>
        <w:t>.</w:t>
      </w:r>
    </w:p>
    <w:p>
      <w:pPr>
        <w:pStyle w:val="Heading1"/>
        <w:rPr/>
      </w:pPr>
      <w:bookmarkStart w:id="21" w:name="manual_heading_022"/>
      <w:r>
        <w:rPr>
          <w:rFonts w:eastAsia="Arial Unicode MS" w:cs="Arial" w:ascii="Arial" w:hAnsi="Arial"/>
          <w:color w:val="1E6F9F"/>
          <w:sz w:val="32"/>
        </w:rPr>
        <w:t>13. RS485 Use</w:t>
      </w:r>
      <w:bookmarkEnd w:id="21"/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>The RS485 interface connects field meters, sensors or controllers. After wiring and power-up, configure serial parameters and the application protocol in the GD73 application or protocol-conversion program to match the slave device. For long buses, follow the site topology when configuring termination, biasing, shielding and grounding, and avoid star branches that can cause signal reflections.</w:t>
      </w:r>
    </w:p>
    <w:p>
      <w:pPr>
        <w:pStyle w:val="Heading1"/>
        <w:rPr/>
      </w:pPr>
      <w:bookmarkStart w:id="22" w:name="manual_heading_023"/>
      <w:r>
        <w:rPr>
          <w:rFonts w:eastAsia="Arial Unicode MS" w:cs="Arial" w:ascii="Arial" w:hAnsi="Arial"/>
          <w:color w:val="1E6F9F"/>
          <w:sz w:val="32"/>
        </w:rPr>
        <w:t>14. Platform Connections</w:t>
      </w:r>
      <w:bookmarkEnd w:id="22"/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 xml:space="preserve">ThinkLink: </w:t>
      </w:r>
      <w:hyperlink r:id="rId5">
        <w:r>
          <w:rPr>
            <w:rStyle w:val="Style"/>
            <w:rFonts w:eastAsia="Arial Unicode MS"/>
            <w:color w:val="1E6F9F"/>
            <w:u w:val="single"/>
          </w:rPr>
          <w:t>ThinkLink User Guide</w:t>
        </w:r>
      </w:hyperlink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 xml:space="preserve">ChirpStack: </w:t>
      </w:r>
      <w:hyperlink r:id="rId6">
        <w:r>
          <w:rPr>
            <w:rStyle w:val="Style"/>
            <w:rFonts w:eastAsia="Arial Unicode MS"/>
            <w:color w:val="1E6F9F"/>
            <w:u w:val="single"/>
          </w:rPr>
          <w:t>Connect with Basic Station (gwTool7)</w:t>
        </w:r>
      </w:hyperlink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 xml:space="preserve">TTN: </w:t>
      </w:r>
      <w:hyperlink r:id="rId7">
        <w:r>
          <w:rPr>
            <w:rStyle w:val="Style"/>
            <w:rFonts w:eastAsia="Arial Unicode MS"/>
            <w:color w:val="1E6F9F"/>
            <w:u w:val="single"/>
          </w:rPr>
          <w:t>Connect with Basic Station (gwTool7)</w:t>
        </w:r>
      </w:hyperlink>
    </w:p>
    <w:p>
      <w:pPr>
        <w:pStyle w:val="Heading1"/>
        <w:rPr/>
      </w:pPr>
      <w:bookmarkStart w:id="23" w:name="manual_heading_024"/>
      <w:r>
        <w:rPr>
          <w:rFonts w:eastAsia="Arial Unicode MS" w:cs="Arial" w:ascii="Arial" w:hAnsi="Arial"/>
          <w:color w:val="1E6F9F"/>
          <w:sz w:val="32"/>
        </w:rPr>
        <w:t>15. Security Configuration Recommendations</w:t>
      </w:r>
      <w:bookmarkEnd w:id="23"/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Change default administrative credentials during initial deployment, restrict management access to trusted networks, enable the firewall or ACL, and disable unnecessary services and ports.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Use a prevailing TLS version and disable unsafe SSH/TLS cipher suites; retain audit records for remote upgrades, configuration changes and administrator operations, and regularly review CPU, memory, storage, network and LoRa communication-quality alarms.</w:t>
      </w:r>
    </w:p>
    <w:p>
      <w:pPr>
        <w:pStyle w:val="Heading1"/>
        <w:rPr/>
      </w:pPr>
      <w:bookmarkStart w:id="24" w:name="manual_heading_025"/>
      <w:r>
        <w:rPr>
          <w:rFonts w:eastAsia="Arial Unicode MS" w:cs="Arial" w:ascii="Arial" w:hAnsi="Arial"/>
          <w:color w:val="1E6F9F"/>
          <w:sz w:val="32"/>
        </w:rPr>
        <w:t>16. Contact Us</w:t>
      </w:r>
      <w:bookmarkEnd w:id="24"/>
    </w:p>
    <w:p>
      <w:pPr>
        <w:pStyle w:val="Normal"/>
        <w:widowControl/>
        <w:bidi w:val="0"/>
        <w:spacing w:lineRule="auto" w:line="300" w:before="0" w:after="120"/>
        <w:jc w:val="start"/>
        <w:rPr/>
      </w:pPr>
      <w:r>
        <w:rPr>
          <w:rFonts w:eastAsia="Arial Unicode MS" w:cs="Arial"/>
          <w:color w:val="243442"/>
          <w:sz w:val="22"/>
        </w:rPr>
        <w:t xml:space="preserve">Website: </w:t>
      </w:r>
      <w:hyperlink r:id="rId8">
        <w:r>
          <w:rPr>
            <w:rStyle w:val="Style"/>
            <w:rFonts w:eastAsia="Arial Unicode MS"/>
            <w:color w:val="1E6F9F"/>
            <w:u w:val="single"/>
          </w:rPr>
          <w:t>www.manthink.cn</w:t>
        </w:r>
      </w:hyperlink>
      <w:r>
        <w:rPr>
          <w:rFonts w:eastAsia="Arial Unicode MS" w:cs="Arial"/>
          <w:color w:val="243442"/>
          <w:sz w:val="22"/>
        </w:rPr>
        <w:t xml:space="preserve"> · Email: </w:t>
      </w:r>
      <w:hyperlink r:id="rId9">
        <w:r>
          <w:rPr>
            <w:rStyle w:val="Style"/>
            <w:rFonts w:eastAsia="Arial Unicode MS"/>
            <w:color w:val="1E6F9F"/>
            <w:u w:val="single"/>
          </w:rPr>
          <w:t>info@manthink.cn</w:t>
        </w:r>
      </w:hyperlink>
      <w:r>
        <w:rPr>
          <w:rFonts w:eastAsia="Arial Unicode MS" w:cs="Arial"/>
          <w:color w:val="243442"/>
          <w:sz w:val="22"/>
        </w:rPr>
        <w:t xml:space="preserve"> · Tel: +86 15810684257</w:t>
      </w:r>
    </w:p>
    <w:sectPr>
      <w:headerReference w:type="even" r:id="rId10"/>
      <w:headerReference w:type="default" r:id="rId11"/>
      <w:headerReference w:type="first" r:id="rId12"/>
      <w:footerReference w:type="even" r:id="rId13"/>
      <w:footerReference w:type="default" r:id="rId14"/>
      <w:footerReference w:type="first" r:id="rId15"/>
      <w:type w:val="nextPage"/>
      <w:pgSz w:w="12240" w:h="15840"/>
      <w:pgMar w:left="1440" w:right="1440" w:gutter="0" w:header="708" w:top="1440" w:footer="708" w:bottom="144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ourier">
    <w:altName w:val="Courier New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Menlo">
    <w:charset w:val="01" w:characterSet="utf-8"/>
    <w:family w:val="roman"/>
    <w:pitch w:val="variable"/>
  </w:font>
  <w:font w:name="Symbol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0"/>
      <w:jc w:val="end"/>
      <w:rPr/>
    </w:pPr>
    <w:r>
      <w:rPr>
        <w:rFonts w:ascii="Arial" w:hAnsi="Arial" w:cs="Arial"/>
        <w:color w:val="607181"/>
        <w:sz w:val="17"/>
      </w:rPr>
      <w:t xml:space="preserve"> </w:t>
    </w:r>
    <w:r>
      <w:rPr>
        <w:rFonts w:ascii="Arial" w:hAnsi="Arial" w:cs="Arial"/>
        <w:color w:val="243442"/>
        <w:sz w:val="22"/>
      </w:rPr>
      <w:fldChar w:fldCharType="begin"/>
    </w:r>
    <w:r>
      <w:rPr>
        <w:rFonts w:ascii="Arial" w:hAnsi="Arial" w:cs="Arial"/>
        <w:color w:val="243442"/>
        <w:sz w:val="22"/>
      </w:rPr>
      <w:instrText xml:space="preserve"> PAGE </w:instrText>
    </w:r>
    <w:r>
      <w:rPr>
        <w:rFonts w:ascii="Arial" w:hAnsi="Arial" w:cs="Arial"/>
        <w:color w:val="243442"/>
        <w:sz w:val="22"/>
      </w:rPr>
      <w:fldChar w:fldCharType="separate"/>
    </w:r>
    <w:r>
      <w:rPr>
        <w:rFonts w:ascii="Arial" w:hAnsi="Arial" w:cs="Arial"/>
        <w:color w:val="243442"/>
        <w:sz w:val="22"/>
      </w:rPr>
      <w:t>13</w:t>
    </w:r>
    <w:r>
      <w:rPr>
        <w:rFonts w:ascii="Arial" w:hAnsi="Arial" w:cs="Arial"/>
        <w:color w:val="243442"/>
        <w:sz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9360" w:leader="none"/>
      </w:tabs>
      <w:spacing w:before="0" w:after="0"/>
      <w:rPr/>
    </w:pPr>
    <w:r>
      <w:rPr>
        <w:rFonts w:eastAsia="Arial Unicode MS" w:cs="Arial"/>
        <w:b/>
        <w:color w:val="607181"/>
        <w:sz w:val="17"/>
      </w:rPr>
      <w:t>MANTHINK  /  GD73</w:t>
    </w:r>
    <w:r>
      <w:rPr/>
      <w:tab/>
    </w:r>
    <w:r>
      <w:rPr>
        <w:rFonts w:eastAsia="Arial Unicode MS" w:cs="Arial"/>
        <w:color w:val="607181"/>
        <w:sz w:val="16"/>
      </w:rPr>
      <w:t>DEVICE MANUAL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1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7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300" w:before="0" w:after="120"/>
      <w:jc w:val="start"/>
    </w:pPr>
    <w:rPr>
      <w:rFonts w:ascii="Arial" w:hAnsi="Arial" w:eastAsia="Arial Unicode MS" w:cs=""/>
      <w:color w:val="243442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360" w:after="20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80" w:after="14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10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160" w:after="8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12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12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12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12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lineRule="auto" w:line="300" w:before="0" w:after="80"/>
      <w:ind w:hanging="271" w:start="540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12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12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lineRule="auto" w:line="300" w:before="0" w:after="80"/>
      <w:ind w:hanging="271" w:start="540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12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12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ManualTOC1" w:customStyle="1">
    <w:name w:val="Manual TOC 1"/>
    <w:qFormat/>
    <w:pPr>
      <w:keepLines/>
      <w:widowControl/>
      <w:tabs>
        <w:tab w:val="clear" w:pos="720"/>
        <w:tab w:val="right" w:pos="9144" w:leader="dot"/>
      </w:tabs>
      <w:bidi w:val="0"/>
      <w:spacing w:lineRule="auto" w:line="276" w:before="80" w:after="80"/>
      <w:ind w:start="0" w:end="0"/>
      <w:jc w:val="start"/>
    </w:pPr>
    <w:rPr>
      <w:rFonts w:ascii="Arial" w:hAnsi="Arial" w:eastAsia="Arial Unicode MS" w:cs=""/>
      <w:b/>
      <w:color w:val="18324A"/>
      <w:kern w:val="0"/>
      <w:sz w:val="21"/>
      <w:szCs w:val="22"/>
      <w:lang w:val="en-US" w:eastAsia="en-US" w:bidi="ar-SA"/>
    </w:rPr>
  </w:style>
  <w:style w:type="paragraph" w:styleId="ManualTOC2" w:customStyle="1">
    <w:name w:val="Manual TOC 2"/>
    <w:qFormat/>
    <w:pPr>
      <w:keepLines/>
      <w:widowControl/>
      <w:tabs>
        <w:tab w:val="clear" w:pos="720"/>
        <w:tab w:val="right" w:pos="9144" w:leader="dot"/>
      </w:tabs>
      <w:bidi w:val="0"/>
      <w:spacing w:lineRule="auto" w:line="276" w:before="40" w:after="60"/>
      <w:ind w:start="403" w:end="0"/>
      <w:jc w:val="start"/>
    </w:pPr>
    <w:rPr>
      <w:rFonts w:ascii="Arial" w:hAnsi="Arial" w:eastAsia="Arial Unicode MS" w:cs=""/>
      <w:b w:val="false"/>
      <w:color w:val="607181"/>
      <w:kern w:val="0"/>
      <w:sz w:val="19"/>
      <w:szCs w:val="22"/>
      <w:lang w:val="en-US" w:eastAsia="en-US" w:bidi="ar-SA"/>
    </w:rPr>
  </w:style>
  <w:style w:type="paragraph" w:styleId="ManualTOC3" w:customStyle="1">
    <w:name w:val="Manual TOC 3"/>
    <w:qFormat/>
    <w:pPr>
      <w:keepLines/>
      <w:widowControl/>
      <w:tabs>
        <w:tab w:val="clear" w:pos="720"/>
        <w:tab w:val="right" w:pos="9144" w:leader="dot"/>
      </w:tabs>
      <w:bidi w:val="0"/>
      <w:spacing w:lineRule="auto" w:line="276" w:before="20" w:after="60"/>
      <w:ind w:start="749" w:end="0"/>
      <w:jc w:val="start"/>
    </w:pPr>
    <w:rPr>
      <w:rFonts w:ascii="Arial" w:hAnsi="Arial" w:eastAsia="Arial Unicode MS" w:cs=""/>
      <w:b w:val="false"/>
      <w:color w:val="607181"/>
      <w:kern w:val="0"/>
      <w:sz w:val="18"/>
      <w:szCs w:val="22"/>
      <w:lang w:val="en-US" w:eastAsia="en-US" w:bidi="ar-SA"/>
    </w:rPr>
  </w:style>
  <w:style w:type="paragraph" w:styleId="CodeBlock" w:customStyle="1">
    <w:name w:val="Code Block"/>
    <w:qFormat/>
    <w:pPr>
      <w:widowControl/>
      <w:shd w:fill="F0F4F6" w:val="clear"/>
      <w:bidi w:val="0"/>
      <w:spacing w:lineRule="auto" w:line="276" w:before="100" w:after="140"/>
      <w:ind w:start="259" w:end="259"/>
      <w:jc w:val="start"/>
    </w:pPr>
    <w:rPr>
      <w:rFonts w:ascii="Menlo" w:hAnsi="Menlo" w:eastAsia="Arial Unicode MS" w:cs=""/>
      <w:color w:val="18324A"/>
      <w:kern w:val="0"/>
      <w:sz w:val="18"/>
      <w:szCs w:val="22"/>
      <w:lang w:val="en-US" w:eastAsia="en-US" w:bidi="ar-SA"/>
    </w:rPr>
  </w:style>
  <w:style w:type="paragraph" w:styleId="FigureCaption" w:customStyle="1">
    <w:name w:val="Figure Caption"/>
    <w:qFormat/>
    <w:pPr>
      <w:widowControl/>
      <w:bidi w:val="0"/>
      <w:spacing w:lineRule="auto" w:line="276" w:before="60" w:after="160"/>
      <w:jc w:val="center"/>
    </w:pPr>
    <w:rPr>
      <w:rFonts w:ascii="Arial" w:hAnsi="Arial" w:eastAsia="Arial Unicode MS" w:cs=""/>
      <w:color w:val="607181"/>
      <w:kern w:val="0"/>
      <w:sz w:val="17"/>
      <w:szCs w:val="22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https://think-link.net/docs/en/Device/LoRaWANGateway/gwtool7-administrator-guide" TargetMode="External"/><Relationship Id="rId5" Type="http://schemas.openxmlformats.org/officeDocument/2006/relationships/hyperlink" Target="https://think-link.net/docs/en/QuickStart/ThinkLinkIntroduction" TargetMode="External"/><Relationship Id="rId6" Type="http://schemas.openxmlformats.org/officeDocument/2006/relationships/hyperlink" Target="https://think-link.net/docs/en/Device/LoRaWANGateway/gwtool-chirpstack-basic-station" TargetMode="External"/><Relationship Id="rId7" Type="http://schemas.openxmlformats.org/officeDocument/2006/relationships/hyperlink" Target="https://think-link.net/docs/en/Device/LoRaWANGateway/gwtool-ttn-basic-station" TargetMode="External"/><Relationship Id="rId8" Type="http://schemas.openxmlformats.org/officeDocument/2006/relationships/hyperlink" Target="https://www.manthink.cn/" TargetMode="External"/><Relationship Id="rId9" Type="http://schemas.openxmlformats.org/officeDocument/2006/relationships/hyperlink" Target="mailto:info@manthink.cn" TargetMode="Externa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LibreOffice/26.2.5.2$MacOSX_X86_64 LibreOffice_project/cd7284b4cbbfeb507e630c1aac019f4157393acb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/>
  <dc:description>generated by python-docx</dc:description>
  <cp:keywords>ManThink ThinkLink LoRaWAN</cp:keywords>
  <dc:language>zh-CN</dc:language>
  <cp:lastModifiedBy/>
  <dcterms:modified xsi:type="dcterms:W3CDTF">2013-12-23T23:15:00Z</dcterms:modified>
  <cp:revision>1</cp:revision>
  <dc:subject>ManThink device manual</dc:subject>
  <dc:title>GD73 Indoor LoRaWAN Gateway Manual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