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KC21</w:t>
      </w:r>
    </w:p>
    <w:p>
      <w:pPr>
        <w:spacing w:after="80"/>
      </w:pPr>
      <w:r>
        <w:rPr>
          <w:rFonts w:ascii="Arial" w:hAnsi="Arial" w:eastAsia="Arial Unicode MS" w:cs="Arial"/>
          <w:b/>
          <w:color w:val="243442"/>
          <w:sz w:val="34"/>
        </w:rPr>
        <w:t>LoRaWAN EB Collector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297680" cy="4297680"/>
            <wp:docPr id="1" name="Picture 1" descr="KC21 IP65  RS-485 Data Logger" title="KC21 IP65  RS-485 Data Logger"/>
            <wp:cNvGraphicFramePr>
              <a:graphicFrameLocks noChangeAspect="1"/>
            </wp:cNvGraphicFramePr>
            <a:graphic>
              <a:graphicData uri="http://schemas.openxmlformats.org/drawingml/2006/picture">
                <pic:pic>
                  <pic:nvPicPr>
                    <pic:cNvPr id="0" name="969c9684f8b7fd69fb90.jpg"/>
                    <pic:cNvPicPr/>
                  </pic:nvPicPr>
                  <pic:blipFill>
                    <a:blip r:embed="rId11"/>
                    <a:stretch>
                      <a:fillRect/>
                    </a:stretch>
                  </pic:blipFill>
                  <pic:spPr>
                    <a:xfrm>
                      <a:off x="0" y="0"/>
                      <a:ext cx="4297680"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1.0</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spacing w:before="160" w:after="480"/>
      </w:pPr>
      <w:r>
        <w:rPr>
          <w:rFonts w:ascii="Arial" w:hAnsi="Arial" w:eastAsia="Arial Unicode MS" w:cs="Arial"/>
          <w:b/>
          <w:color w:val="18324A"/>
          <w:sz w:val="48"/>
        </w:rPr>
        <w:t>Revision History</w:t>
      </w:r>
    </w:p>
    <w:tbl>
      <w:tblPr>
        <w:tblStyle w:val="TableGrid"/>
        <w:tblW w:type="dxa" w:w="9360"/>
        <w:jc w:val="left"/>
        <w:tblLayout w:type="fixed"/>
        <w:tblLook w:firstColumn="1" w:firstRow="1" w:lastColumn="0" w:lastRow="0" w:noHBand="0" w:noVBand="1" w:val="04A0"/>
        <w:tblInd w:w="120" w:type="dxa"/>
      </w:tblPr>
      <w:tblGrid>
        <w:gridCol w:w="2400"/>
        <w:gridCol w:w="6960"/>
      </w:tblGrid>
      <w:tr>
        <w:trPr>
          <w:cantSplit/>
          <w:tblHeader w:val="true"/>
        </w:trPr>
        <w:tc>
          <w:tcPr>
            <w:tcW w:type="dxa" w:w="240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Version</w:t>
            </w:r>
          </w:p>
        </w:tc>
        <w:tc>
          <w:tcPr>
            <w:tcW w:type="dxa" w:w="696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Change Description</w:t>
            </w:r>
          </w:p>
        </w:tc>
      </w:tr>
      <w:tr>
        <w:trPr>
          <w:cantSplit/>
        </w:trPr>
        <w:tc>
          <w:tcPr>
            <w:tcW w:type="dxa" w:w="2400"/>
            <w:tcMar>
              <w:top w:w="80" w:type="dxa"/>
              <w:bottom w:w="80" w:type="dxa"/>
              <w:start w:w="120" w:type="dxa"/>
              <w:end w:w="120" w:type="dxa"/>
            </w:tcMar>
            <w:vAlign w:val="center"/>
          </w:tcPr>
          <w:p>
            <w:pPr>
              <w:spacing w:after="0"/>
            </w:pPr>
            <w:r/>
            <w:r>
              <w:rPr>
                <w:rFonts w:ascii="Arial" w:hAnsi="Arial" w:eastAsia="Arial Unicode MS" w:cs="Arial"/>
                <w:b w:val="0"/>
                <w:color w:val="243442"/>
                <w:sz w:val="20"/>
              </w:rPr>
              <w:t>1.0</w:t>
            </w:r>
          </w:p>
        </w:tc>
        <w:tc>
          <w:tcPr>
            <w:tcW w:type="dxa" w:w="6960"/>
            <w:tcMar>
              <w:top w:w="80" w:type="dxa"/>
              <w:bottom w:w="80" w:type="dxa"/>
              <w:start w:w="120" w:type="dxa"/>
              <w:end w:w="120" w:type="dxa"/>
            </w:tcMar>
            <w:vAlign w:val="center"/>
          </w:tcPr>
          <w:p>
            <w:pPr>
              <w:spacing w:after="0"/>
            </w:pPr>
            <w:r/>
            <w:r>
              <w:rPr>
                <w:rFonts w:ascii="Arial" w:hAnsi="Arial" w:eastAsia="Arial Unicode MS" w:cs="Arial"/>
                <w:b w:val="0"/>
                <w:color w:val="243442"/>
                <w:sz w:val="20"/>
              </w:rPr>
              <w:t>Current published version</w:t>
            </w:r>
          </w:p>
        </w:tc>
      </w:tr>
    </w:tbl>
    <w:p>
      <w:r>
        <w:br w:type="page"/>
      </w:r>
    </w:p>
    <w:p>
      <w:pPr>
        <w:spacing w:before="160" w:after="480"/>
      </w:pPr>
      <w:r>
        <w:rPr>
          <w:rFonts w:ascii="Arial" w:hAnsi="Arial" w:eastAsia="Arial Unicode MS" w:cs="Arial"/>
          <w:b/>
          <w:color w:val="18324A"/>
          <w:sz w:val="48"/>
        </w:rPr>
        <w:t>Contents</w:t>
      </w:r>
    </w:p>
    <w:p>
      <w:pPr>
        <w:keepLines/>
        <w:spacing w:before="60" w:after="60"/>
        <w:ind w:left="0"/>
      </w:pPr>
      <w:r>
        <w:rPr>
          <w:rFonts w:ascii="Arial" w:hAnsi="Arial" w:eastAsia="Arial Unicode MS" w:cs="Arial"/>
          <w:b/>
          <w:color w:val="18324A"/>
          <w:sz w:val="21"/>
        </w:rPr>
        <w:t>1. Product Description</w:t>
      </w:r>
    </w:p>
    <w:p>
      <w:pPr>
        <w:keepLines/>
        <w:spacing w:before="60" w:after="60"/>
        <w:ind w:left="0"/>
      </w:pPr>
      <w:r>
        <w:rPr>
          <w:rFonts w:ascii="Arial" w:hAnsi="Arial" w:eastAsia="Arial Unicode MS" w:cs="Arial"/>
          <w:b/>
          <w:color w:val="18324A"/>
          <w:sz w:val="21"/>
        </w:rPr>
        <w:t>2. Application areas</w:t>
      </w:r>
    </w:p>
    <w:p>
      <w:pPr>
        <w:keepLines/>
        <w:spacing w:before="60" w:after="60"/>
        <w:ind w:left="0"/>
      </w:pPr>
      <w:r>
        <w:rPr>
          <w:rFonts w:ascii="Arial" w:hAnsi="Arial" w:eastAsia="Arial Unicode MS" w:cs="Arial"/>
          <w:b/>
          <w:color w:val="18324A"/>
          <w:sz w:val="21"/>
        </w:rPr>
        <w:t>3. main features</w:t>
      </w:r>
    </w:p>
    <w:p>
      <w:pPr>
        <w:keepLines/>
        <w:spacing w:before="60" w:after="60"/>
        <w:ind w:left="0"/>
      </w:pPr>
      <w:r>
        <w:rPr>
          <w:rFonts w:ascii="Arial" w:hAnsi="Arial" w:eastAsia="Arial Unicode MS" w:cs="Arial"/>
          <w:b/>
          <w:color w:val="18324A"/>
          <w:sz w:val="21"/>
        </w:rPr>
        <w:t>4. Parameters</w:t>
      </w:r>
    </w:p>
    <w:p>
      <w:pPr>
        <w:keepLines/>
        <w:spacing w:before="60" w:after="60"/>
        <w:ind w:left="0"/>
      </w:pPr>
      <w:r>
        <w:rPr>
          <w:rFonts w:ascii="Arial" w:hAnsi="Arial" w:eastAsia="Arial Unicode MS" w:cs="Arial"/>
          <w:b/>
          <w:color w:val="18324A"/>
          <w:sz w:val="21"/>
        </w:rPr>
        <w:t>5. Dimensions and Interfaces</w:t>
      </w:r>
    </w:p>
    <w:p>
      <w:pPr>
        <w:keepLines/>
        <w:spacing w:before="60" w:after="60"/>
        <w:ind w:left="0"/>
      </w:pPr>
      <w:r>
        <w:rPr>
          <w:rFonts w:ascii="Arial" w:hAnsi="Arial" w:eastAsia="Arial Unicode MS" w:cs="Arial"/>
          <w:b/>
          <w:color w:val="18324A"/>
          <w:sz w:val="21"/>
        </w:rPr>
        <w:t>6. Model List</w:t>
      </w:r>
    </w:p>
    <w:p>
      <w:pPr>
        <w:keepLines/>
        <w:spacing w:before="20" w:after="60"/>
        <w:ind w:left="374"/>
      </w:pPr>
      <w:r>
        <w:rPr>
          <w:rFonts w:ascii="Arial" w:hAnsi="Arial" w:eastAsia="Arial Unicode MS" w:cs="Arial"/>
          <w:b w:val="0"/>
          <w:color w:val="607181"/>
          <w:sz w:val="19"/>
        </w:rPr>
        <w:t>6.1 Model example</w:t>
      </w:r>
    </w:p>
    <w:p>
      <w:pPr>
        <w:keepLines/>
        <w:spacing w:before="20" w:after="60"/>
        <w:ind w:left="374"/>
      </w:pPr>
      <w:r>
        <w:rPr>
          <w:rFonts w:ascii="Arial" w:hAnsi="Arial" w:eastAsia="Arial Unicode MS" w:cs="Arial"/>
          <w:b w:val="0"/>
          <w:color w:val="607181"/>
          <w:sz w:val="19"/>
        </w:rPr>
        <w:t>6.2 Model component breakdown</w:t>
      </w:r>
    </w:p>
    <w:p>
      <w:pPr>
        <w:keepLines/>
        <w:spacing w:before="20" w:after="60"/>
        <w:ind w:left="374"/>
      </w:pPr>
      <w:r>
        <w:rPr>
          <w:rFonts w:ascii="Arial" w:hAnsi="Arial" w:eastAsia="Arial Unicode MS" w:cs="Arial"/>
          <w:b w:val="0"/>
          <w:color w:val="607181"/>
          <w:sz w:val="19"/>
        </w:rPr>
        <w:t>6.3 Complete model meaning</w:t>
      </w:r>
    </w:p>
    <w:p>
      <w:pPr>
        <w:keepLines/>
        <w:spacing w:before="60" w:after="60"/>
        <w:ind w:left="0"/>
      </w:pPr>
      <w:r>
        <w:rPr>
          <w:rFonts w:ascii="Arial" w:hAnsi="Arial" w:eastAsia="Arial Unicode MS" w:cs="Arial"/>
          <w:b/>
          <w:color w:val="18324A"/>
          <w:sz w:val="21"/>
        </w:rPr>
        <w:t>7. Network topology</w:t>
      </w:r>
    </w:p>
    <w:p>
      <w:pPr>
        <w:keepLines/>
        <w:spacing w:before="60" w:after="60"/>
        <w:ind w:left="0"/>
      </w:pPr>
      <w:r>
        <w:rPr>
          <w:rFonts w:ascii="Arial" w:hAnsi="Arial" w:eastAsia="Arial Unicode MS" w:cs="Arial"/>
          <w:b/>
          <w:color w:val="18324A"/>
          <w:sz w:val="21"/>
        </w:rPr>
        <w:t>8. Working mode</w:t>
      </w:r>
    </w:p>
    <w:p>
      <w:pPr>
        <w:keepLines/>
        <w:spacing w:before="20" w:after="60"/>
        <w:ind w:left="374"/>
      </w:pPr>
      <w:r>
        <w:rPr>
          <w:rFonts w:ascii="Arial" w:hAnsi="Arial" w:eastAsia="Arial Unicode MS" w:cs="Arial"/>
          <w:b w:val="0"/>
          <w:color w:val="607181"/>
          <w:sz w:val="19"/>
        </w:rPr>
        <w:t>8.1 EB configure collection and upload tasks</w:t>
      </w:r>
    </w:p>
    <w:p>
      <w:pPr>
        <w:keepLines/>
        <w:spacing w:before="20" w:after="60"/>
        <w:ind w:left="374"/>
      </w:pPr>
      <w:r>
        <w:rPr>
          <w:rFonts w:ascii="Arial" w:hAnsi="Arial" w:eastAsia="Arial Unicode MS" w:cs="Arial"/>
          <w:b w:val="0"/>
          <w:color w:val="607181"/>
          <w:sz w:val="19"/>
        </w:rPr>
        <w:t>8.2 Communication Test</w:t>
      </w:r>
    </w:p>
    <w:p>
      <w:pPr>
        <w:keepLines/>
        <w:spacing w:before="20" w:after="60"/>
        <w:ind w:left="374"/>
      </w:pPr>
      <w:r>
        <w:rPr>
          <w:rFonts w:ascii="Arial" w:hAnsi="Arial" w:eastAsia="Arial Unicode MS" w:cs="Arial"/>
          <w:b w:val="0"/>
          <w:color w:val="607181"/>
          <w:sz w:val="19"/>
        </w:rPr>
        <w:t>8.3 Network access</w:t>
      </w:r>
    </w:p>
    <w:p>
      <w:pPr>
        <w:keepLines/>
        <w:spacing w:before="60" w:after="60"/>
        <w:ind w:left="0"/>
      </w:pPr>
      <w:r>
        <w:rPr>
          <w:rFonts w:ascii="Arial" w:hAnsi="Arial" w:eastAsia="Arial Unicode MS" w:cs="Arial"/>
          <w:b/>
          <w:color w:val="18324A"/>
          <w:sz w:val="21"/>
        </w:rPr>
        <w:t>9. Installation</w:t>
      </w:r>
    </w:p>
    <w:p>
      <w:pPr>
        <w:keepLines/>
        <w:spacing w:before="60" w:after="60"/>
        <w:ind w:left="0"/>
      </w:pPr>
      <w:r>
        <w:rPr>
          <w:rFonts w:ascii="Arial" w:hAnsi="Arial" w:eastAsia="Arial Unicode MS" w:cs="Arial"/>
          <w:b/>
          <w:color w:val="18324A"/>
          <w:sz w:val="21"/>
        </w:rPr>
        <w:t>10. Standard</w:t>
      </w:r>
    </w:p>
    <w:p>
      <w:pPr>
        <w:keepLines/>
        <w:spacing w:before="60" w:after="60"/>
        <w:ind w:left="0"/>
      </w:pPr>
      <w:r>
        <w:rPr>
          <w:rFonts w:ascii="Arial" w:hAnsi="Arial" w:eastAsia="Arial Unicode MS" w:cs="Arial"/>
          <w:b/>
          <w:color w:val="18324A"/>
          <w:sz w:val="21"/>
        </w:rPr>
        <w:t>11. Parameter Modification</w:t>
      </w:r>
    </w:p>
    <w:p>
      <w:pPr>
        <w:keepLines/>
        <w:spacing w:before="20" w:after="60"/>
        <w:ind w:left="374"/>
      </w:pPr>
      <w:r>
        <w:rPr>
          <w:rFonts w:ascii="Arial" w:hAnsi="Arial" w:eastAsia="Arial Unicode MS" w:cs="Arial"/>
          <w:b w:val="0"/>
          <w:color w:val="607181"/>
          <w:sz w:val="19"/>
        </w:rPr>
        <w:t>11.1 Configuration Parameter Address Table</w:t>
      </w:r>
    </w:p>
    <w:p>
      <w:pPr>
        <w:keepLines/>
        <w:spacing w:before="60" w:after="60"/>
        <w:ind w:left="0"/>
      </w:pPr>
      <w:r>
        <w:rPr>
          <w:rFonts w:ascii="Arial" w:hAnsi="Arial" w:eastAsia="Arial Unicode MS" w:cs="Arial"/>
          <w:b/>
          <w:color w:val="18324A"/>
          <w:sz w:val="21"/>
        </w:rPr>
        <w:t>12. ThinkLink Thing Model</w:t>
      </w:r>
    </w:p>
    <w:p>
      <w:pPr>
        <w:keepLines/>
        <w:spacing w:before="20" w:after="60"/>
        <w:ind w:left="374"/>
      </w:pPr>
      <w:r>
        <w:rPr>
          <w:rFonts w:ascii="Arial" w:hAnsi="Arial" w:eastAsia="Arial Unicode MS" w:cs="Arial"/>
          <w:b w:val="0"/>
          <w:color w:val="607181"/>
          <w:sz w:val="19"/>
        </w:rPr>
        <w:t>12.1 Device Template</w:t>
      </w:r>
    </w:p>
    <w:p>
      <w:pPr>
        <w:keepLines/>
        <w:spacing w:before="60" w:after="60"/>
        <w:ind w:left="0"/>
      </w:pPr>
      <w:r>
        <w:rPr>
          <w:rFonts w:ascii="Arial" w:hAnsi="Arial" w:eastAsia="Arial Unicode MS" w:cs="Arial"/>
          <w:b/>
          <w:color w:val="18324A"/>
          <w:sz w:val="21"/>
        </w:rPr>
        <w:t>13. Contact Us</w:t>
      </w:r>
    </w:p>
    <w:p>
      <w:r>
        <w:br w:type="page"/>
      </w:r>
    </w:p>
    <w:p>
      <w:pPr>
        <w:pStyle w:val="Heading1"/>
      </w:pPr>
      <w:r>
        <w:rPr>
          <w:rFonts w:ascii="Arial" w:hAnsi="Arial" w:eastAsia="Arial Unicode MS" w:cs="Arial"/>
          <w:color w:val="1E6F9F"/>
          <w:sz w:val="32"/>
        </w:rPr>
        <w:t>1. Product Description</w:t>
      </w:r>
    </w:p>
    <w:p>
      <w:r>
        <w:rPr>
          <w:rFonts w:ascii="Arial" w:hAnsi="Arial" w:eastAsia="Arial Unicode MS" w:cs="Arial"/>
          <w:color w:val="243442"/>
          <w:sz w:val="22"/>
        </w:rPr>
        <w:t>KC21 is a high-performance, low-power, battery-powered LoRaWAN data transmission unit (DTU) independently developed by ManThink, with highly flexible configuration capabilities. The product integrates high-performance MCU and LoRa RF chips and connects to external devices through standard RS-485 interfaces, using LoRaWAN®The protocol stably uploads business data to the IoT application platform.</w:t>
      </w:r>
    </w:p>
    <w:p>
      <w:r>
        <w:rPr>
          <w:rFonts w:ascii="Arial" w:hAnsi="Arial" w:eastAsia="Arial Unicode MS" w:cs="Arial"/>
          <w:color w:val="243442"/>
          <w:sz w:val="22"/>
        </w:rPr>
        <w:t>Based on advanced LoRa®Wireless communication technology, KC21 support standard LoRaWAN®It has the advantages of long-distance transmission, ultra-low power consumption and strong anti-interference ability. The device has 4 built-in 14505 lithium sub-batteries, which can ensure long-term stable operation in harsh environments and is suitable for remote monitoring scenarios where wiring is difficult or power supply is limited.</w:t>
      </w:r>
    </w:p>
    <w:p>
      <w:r>
        <w:rPr>
          <w:rFonts w:ascii="Arial" w:hAnsi="Arial" w:eastAsia="Arial Unicode MS" w:cs="Arial"/>
          <w:color w:val="243442"/>
          <w:sz w:val="22"/>
        </w:rPr>
        <w:t>KC21 is compatible with ManThink and The third-party LoRaWAN gateway, and supports access to IOT platforms such as ThinkLink, ChirpStack, The Things Network(TTN), etc. to realize data collection and remote control of various RS-485 interface devices.</w:t>
      </w:r>
    </w:p>
    <w:p>
      <w:r>
        <w:rPr>
          <w:rFonts w:ascii="Arial" w:hAnsi="Arial" w:eastAsia="Arial Unicode MS" w:cs="Arial"/>
          <w:color w:val="243442"/>
          <w:sz w:val="22"/>
        </w:rPr>
        <w:t>In addition, KC21 supports external power supply function, can provide stable 15V output voltage for external sensors, simplify field deployment, and is especially suitable for meter reading systems such as water meters and gas meters.</w:t>
      </w:r>
    </w:p>
    <w:p>
      <w:r>
        <w:rPr>
          <w:rFonts w:ascii="Arial" w:hAnsi="Arial" w:eastAsia="Arial Unicode MS" w:cs="Arial"/>
          <w:color w:val="243442"/>
          <w:sz w:val="22"/>
        </w:rPr>
        <w:t>The product innovation is equipped with Edge-Bus(EB) virtual machine, which supports firmware generation through EB compilation environment and remote update to devices via FUOTA (Firmware Over-the-air upgrade). With the help of EB virtual machine, users can quickly adapt a variety of serial port protocols (such as Modbus, DL/T645, CJ/T188, etc.), and locally implement core business logic processing such as COV (change reporting), alarm triggering, data reorganization, etc., significantly improving system response efficiency and communication reliability.</w:t>
      </w:r>
    </w:p>
    <w:p>
      <w:r>
        <w:rPr>
          <w:rFonts w:ascii="Arial" w:hAnsi="Arial" w:eastAsia="Arial Unicode MS" w:cs="Arial"/>
          <w:color w:val="243442"/>
          <w:sz w:val="22"/>
        </w:rPr>
        <w:t>With its powerful edge computing capability, flexible Protocol Adaptation and excellent low-power design, KC21 is widely used in the Internet of Things fields such as smart water, energy management, and industrial monitoring. It is an intelligent and maintenance-free sensor network. Ideal choice.</w:t>
      </w:r>
    </w:p>
    <w:p>
      <w:pPr>
        <w:pStyle w:val="Heading1"/>
      </w:pPr>
      <w:r>
        <w:rPr>
          <w:rFonts w:ascii="Arial" w:hAnsi="Arial" w:eastAsia="Arial Unicode MS" w:cs="Arial"/>
          <w:color w:val="1E6F9F"/>
          <w:sz w:val="32"/>
        </w:rPr>
        <w:t>2. Application areas</w:t>
      </w:r>
    </w:p>
    <w:p>
      <w:pPr>
        <w:pStyle w:val="ListBullet"/>
        <w:ind w:left="540" w:hanging="271"/>
      </w:pPr>
      <w:r>
        <w:rPr>
          <w:rFonts w:ascii="Arial" w:hAnsi="Arial" w:eastAsia="Arial Unicode MS" w:cs="Arial"/>
          <w:color w:val="243442"/>
          <w:sz w:val="22"/>
        </w:rPr>
        <w:t>Industrial field, RS-485 interface equipment</w:t>
      </w:r>
    </w:p>
    <w:p>
      <w:pPr>
        <w:pStyle w:val="ListBullet"/>
        <w:ind w:left="540" w:hanging="271"/>
      </w:pPr>
      <w:r>
        <w:rPr>
          <w:rFonts w:ascii="Arial" w:hAnsi="Arial" w:eastAsia="Arial Unicode MS" w:cs="Arial"/>
          <w:color w:val="243442"/>
          <w:sz w:val="22"/>
        </w:rPr>
        <w:t>Water meter/Heat Meter metering meter reading</w:t>
      </w:r>
    </w:p>
    <w:p>
      <w:pPr>
        <w:pStyle w:val="ListBullet"/>
        <w:ind w:left="540" w:hanging="271"/>
      </w:pPr>
      <w:r>
        <w:rPr>
          <w:rFonts w:ascii="Arial" w:hAnsi="Arial" w:eastAsia="Arial Unicode MS" w:cs="Arial"/>
          <w:color w:val="243442"/>
          <w:sz w:val="22"/>
        </w:rPr>
        <w:t>Hydrometeorological monitoring</w:t>
      </w:r>
    </w:p>
    <w:p>
      <w:pPr>
        <w:pStyle w:val="ListBullet"/>
        <w:ind w:left="540" w:hanging="271"/>
      </w:pPr>
      <w:r>
        <w:rPr>
          <w:rFonts w:ascii="Arial" w:hAnsi="Arial" w:eastAsia="Arial Unicode MS" w:cs="Arial"/>
          <w:color w:val="243442"/>
          <w:sz w:val="22"/>
        </w:rPr>
        <w:t>Water quality sensor, PT100 sensor power supply plus meter reading</w:t>
      </w:r>
    </w:p>
    <w:p>
      <w:pPr>
        <w:pStyle w:val="Heading1"/>
      </w:pPr>
      <w:r>
        <w:rPr>
          <w:rFonts w:ascii="Arial" w:hAnsi="Arial" w:eastAsia="Arial Unicode MS" w:cs="Arial"/>
          <w:color w:val="1E6F9F"/>
          <w:sz w:val="32"/>
        </w:rPr>
        <w:t>3. main features</w:t>
      </w:r>
    </w:p>
    <w:p>
      <w:pPr>
        <w:pStyle w:val="ListBullet"/>
        <w:ind w:left="540" w:hanging="271"/>
      </w:pPr>
      <w:r>
        <w:rPr>
          <w:rFonts w:ascii="Arial" w:hAnsi="Arial" w:eastAsia="Arial Unicode MS" w:cs="Arial"/>
          <w:color w:val="243442"/>
          <w:sz w:val="22"/>
        </w:rPr>
        <w:t>Support RS-485 interface</w:t>
      </w:r>
    </w:p>
    <w:p>
      <w:pPr>
        <w:pStyle w:val="ListBullet"/>
        <w:ind w:left="540" w:hanging="271"/>
      </w:pPr>
      <w:r>
        <w:rPr>
          <w:rFonts w:ascii="Arial" w:hAnsi="Arial" w:eastAsia="Arial Unicode MS" w:cs="Arial"/>
          <w:color w:val="243442"/>
          <w:sz w:val="22"/>
        </w:rPr>
        <w:t>4× 2700 mAh ER14505 lithium sub-batteries, 10800mAh of electricity</w:t>
      </w:r>
    </w:p>
    <w:p>
      <w:pPr>
        <w:pStyle w:val="ListBullet"/>
        <w:ind w:left="540" w:hanging="271"/>
      </w:pPr>
      <w:r>
        <w:rPr>
          <w:rFonts w:ascii="Arial" w:hAnsi="Arial" w:eastAsia="Arial Unicode MS" w:cs="Arial"/>
          <w:color w:val="243442"/>
          <w:sz w:val="22"/>
        </w:rPr>
        <w:t>Support power supply to sensor devices</w:t>
      </w:r>
    </w:p>
    <w:p>
      <w:pPr>
        <w:pStyle w:val="ListBullet"/>
        <w:ind w:left="540" w:hanging="271"/>
      </w:pPr>
      <w:r>
        <w:rPr>
          <w:rFonts w:ascii="Arial" w:hAnsi="Arial" w:eastAsia="Arial Unicode MS" w:cs="Arial"/>
          <w:color w:val="243442"/>
          <w:sz w:val="22"/>
        </w:rPr>
        <w:t>Support for EB virtual machines</w:t>
      </w:r>
    </w:p>
    <w:p>
      <w:pPr>
        <w:pStyle w:val="ListBullet"/>
        <w:ind w:left="540" w:hanging="271"/>
      </w:pPr>
      <w:r>
        <w:rPr>
          <w:rFonts w:ascii="Arial" w:hAnsi="Arial" w:eastAsia="Arial Unicode MS" w:cs="Arial"/>
          <w:color w:val="243442"/>
          <w:sz w:val="22"/>
        </w:rPr>
        <w:t>Support remote upgrade via LoRaWAN communication</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standards</w:t>
      </w:r>
    </w:p>
    <w:p>
      <w:pPr>
        <w:pStyle w:val="ListBullet"/>
        <w:ind w:left="540" w:hanging="271"/>
      </w:pPr>
      <w:r>
        <w:rPr>
          <w:rFonts w:ascii="Arial" w:hAnsi="Arial" w:eastAsia="Arial Unicode MS" w:cs="Arial"/>
          <w:b/>
          <w:color w:val="243442"/>
          <w:sz w:val="22"/>
        </w:rPr>
        <w:t>Compatible with all RS-485-based communication protocols</w:t>
      </w:r>
    </w:p>
    <w:p>
      <w:pPr>
        <w:pStyle w:val="Heading1"/>
      </w:pPr>
      <w:r>
        <w:rPr>
          <w:rFonts w:ascii="Arial" w:hAnsi="Arial" w:eastAsia="Arial Unicode MS" w:cs="Arial"/>
          <w:color w:val="1E6F9F"/>
          <w:sz w:val="32"/>
        </w:rPr>
        <w:t>4. Parameters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Connector type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Battery version: 1 × PG7 connector; DC 5–24 V version: 1 × PG7 connector plus 1 × M10 connector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Wiring quantity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 wires (VCC,GND,485A,485B)</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VCC and GND function</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Battery version: power output for an external device; DC 5–24 V version: power input for the KC21</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Display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None</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Support 22dBm ( can be changed)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Join / operating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 for the battery version and Class C for the DC 5–24 V version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 /Trigger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Magnet trigger 2 seconds trigger heartbeat data 6 seconds trigger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Parameter 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Built-in 10800 mAh battery or continuous DC 5–24 V input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Sleep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&lt;5uA</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≤95% (no condensation)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IP65</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Material &amp; Color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120mm </w:t>
            </w:r>
            <w:r>
              <w:rPr>
                <w:rFonts w:ascii="Arial" w:hAnsi="Arial" w:eastAsia="Arial Unicode MS" w:cs="Arial"/>
                <w:i/>
                <w:color w:val="243442"/>
                <w:sz w:val="18"/>
              </w:rPr>
              <w:t xml:space="preserve"> 72mm </w:t>
            </w:r>
            <w:r>
              <w:rPr>
                <w:rFonts w:ascii="Arial" w:hAnsi="Arial" w:eastAsia="Arial Unicode MS" w:cs="Arial"/>
                <w:color w:val="243442"/>
                <w:sz w:val="18"/>
              </w:rPr>
              <w:t xml:space="preserve"> 28mm</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Wall Hanging</w:t>
            </w:r>
          </w:p>
        </w:tc>
      </w:tr>
    </w:tbl>
    <w:p>
      <w:pPr>
        <w:spacing w:after="40"/>
      </w:pPr>
    </w:p>
    <w:p>
      <w:pPr>
        <w:pStyle w:val="Heading1"/>
      </w:pPr>
      <w:r>
        <w:rPr>
          <w:rFonts w:ascii="Arial" w:hAnsi="Arial" w:eastAsia="Arial Unicode MS" w:cs="Arial"/>
          <w:color w:val="1E6F9F"/>
          <w:sz w:val="32"/>
        </w:rPr>
        <w:t>5. Dimensions and Interfaces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Number</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 Description</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 details</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Inner hole outer screw, according to different LoRaWAN standard match</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Wiring port</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 waterproof connector with VCC, GND, RS-485A and RS-485B wires. VCC and GND provide an output on the battery version and power the KC21 on the DC 5–24 V version</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3</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M10 connector</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Included only with the DC 5–24 V version</w:t>
            </w:r>
          </w:p>
        </w:tc>
      </w:tr>
    </w:tbl>
    <w:p>
      <w:pPr>
        <w:spacing w:after="40"/>
      </w:pPr>
    </w:p>
    <w:p>
      <w:pPr>
        <w:pStyle w:val="Heading1"/>
      </w:pPr>
      <w:r>
        <w:rPr>
          <w:rFonts w:ascii="Arial" w:hAnsi="Arial" w:eastAsia="Arial Unicode MS" w:cs="Arial"/>
          <w:color w:val="1E6F9F"/>
          <w:sz w:val="32"/>
        </w:rPr>
        <w:t>6. Model List</w:t>
      </w:r>
    </w:p>
    <w:p>
      <w:pPr>
        <w:pStyle w:val="Heading2"/>
      </w:pPr>
      <w:r>
        <w:rPr>
          <w:rFonts w:ascii="Arial" w:hAnsi="Arial" w:eastAsia="Arial Unicode MS" w:cs="Arial"/>
          <w:color w:val="1E6F9F"/>
          <w:sz w:val="26"/>
        </w:rPr>
        <w:t>6.1 Model example</w:t>
      </w:r>
    </w:p>
    <w:p>
      <w:r>
        <w:rPr>
          <w:rFonts w:ascii="Menlo" w:hAnsi="Menlo" w:eastAsia="Arial Unicode MS" w:cs="Menlo"/>
          <w:color w:val="18324A"/>
          <w:sz w:val="21"/>
        </w:rPr>
        <w:t>KC218-A1-AS923-N</w:t>
      </w:r>
    </w:p>
    <w:p>
      <w:pPr>
        <w:pStyle w:val="Heading2"/>
      </w:pPr>
      <w:r>
        <w:rPr>
          <w:rFonts w:ascii="Arial" w:hAnsi="Arial" w:eastAsia="Arial Unicode MS" w:cs="Arial"/>
          <w:color w:val="1E6F9F"/>
          <w:sz w:val="26"/>
        </w:rPr>
        <w:t>6.2 Model component breakdown</w:t>
      </w:r>
    </w:p>
    <w:p>
      <w:pPr>
        <w:pStyle w:val="ListBullet"/>
        <w:ind w:left="540" w:hanging="271"/>
      </w:pPr>
      <w:r>
        <w:rPr>
          <w:rFonts w:ascii="Arial" w:hAnsi="Arial" w:eastAsia="Arial Unicode MS" w:cs="Arial"/>
          <w:b/>
          <w:color w:val="243442"/>
          <w:sz w:val="22"/>
        </w:rPr>
        <w:t>KC218: product series and RF band.</w:t>
      </w:r>
    </w:p>
    <w:p>
      <w:pPr>
        <w:pStyle w:val="ListBullet"/>
        <w:ind w:left="900" w:hanging="271"/>
      </w:pPr>
      <w:r>
        <w:rPr>
          <w:rFonts w:ascii="Menlo" w:hAnsi="Menlo" w:eastAsia="Arial Unicode MS" w:cs="Menlo"/>
          <w:color w:val="18324A"/>
          <w:sz w:val="21"/>
        </w:rPr>
        <w:t>KC21</w:t>
      </w:r>
      <w:r>
        <w:rPr>
          <w:rFonts w:ascii="Arial" w:hAnsi="Arial" w:eastAsia="Arial Unicode MS" w:cs="Arial"/>
          <w:color w:val="243442"/>
          <w:sz w:val="22"/>
        </w:rPr>
        <w:t xml:space="preserve"> identifies a second-generation IP65 DTU.</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functional interface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an RS-485 interface with a 15 V output for an external device.</w:t>
      </w:r>
    </w:p>
    <w:p>
      <w:pPr>
        <w:pStyle w:val="ListBullet"/>
        <w:ind w:left="900" w:hanging="271"/>
      </w:pPr>
      <w:r>
        <w:rPr>
          <w:rFonts w:ascii="Arial" w:hAnsi="Arial" w:eastAsia="Arial Unicode MS" w:cs="Arial"/>
          <w:color w:val="243442"/>
          <w:sz w:val="22"/>
        </w:rPr>
        <w:t xml:space="preserve">Other interface option: </w:t>
      </w:r>
      <w:r>
        <w:rPr>
          <w:rFonts w:ascii="Menlo" w:hAnsi="Menlo" w:eastAsia="Arial Unicode MS" w:cs="Menlo"/>
          <w:color w:val="18324A"/>
          <w:sz w:val="21"/>
        </w:rPr>
        <w:t>B</w:t>
      </w:r>
      <w:r>
        <w:rPr>
          <w:rFonts w:ascii="Arial" w:hAnsi="Arial" w:eastAsia="Arial Unicode MS" w:cs="Arial"/>
          <w:color w:val="243442"/>
          <w:sz w:val="22"/>
        </w:rPr>
        <w:t xml:space="preserve"> identifies an RS-485 interface with a 5.9 V output.</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 built-in 10800 mAh battery.</w:t>
      </w:r>
    </w:p>
    <w:p>
      <w:pPr>
        <w:pStyle w:val="ListBullet"/>
        <w:ind w:left="900" w:hanging="271"/>
      </w:pPr>
      <w:r>
        <w:rPr>
          <w:rFonts w:ascii="Arial" w:hAnsi="Arial" w:eastAsia="Arial Unicode MS" w:cs="Arial"/>
          <w:color w:val="243442"/>
          <w:sz w:val="22"/>
        </w:rPr>
        <w:t xml:space="preserve">Other power option: </w:t>
      </w:r>
      <w:r>
        <w:rPr>
          <w:rFonts w:ascii="Menlo" w:hAnsi="Menlo" w:eastAsia="Arial Unicode MS" w:cs="Menlo"/>
          <w:color w:val="18324A"/>
          <w:sz w:val="21"/>
        </w:rPr>
        <w:t>2</w:t>
      </w:r>
      <w:r>
        <w:rPr>
          <w:rFonts w:ascii="Arial" w:hAnsi="Arial" w:eastAsia="Arial Unicode MS" w:cs="Arial"/>
          <w:color w:val="243442"/>
          <w:sz w:val="22"/>
        </w:rPr>
        <w:t xml:space="preserve"> identifies external DC 5–24 V input without a power output for another device.</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antenna configuration.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an external antenna with an SMA connector.</w:t>
      </w:r>
    </w:p>
    <w:p>
      <w:pPr>
        <w:pStyle w:val="ListBullet"/>
        <w:ind w:left="900" w:hanging="271"/>
      </w:pPr>
      <w:r>
        <w:rPr>
          <w:rFonts w:ascii="Arial" w:hAnsi="Arial" w:eastAsia="Arial Unicode MS" w:cs="Arial"/>
          <w:color w:val="243442"/>
          <w:sz w:val="22"/>
        </w:rPr>
        <w:t xml:space="preserve">Other antenna option: </w:t>
      </w:r>
      <w:r>
        <w:rPr>
          <w:rFonts w:ascii="Menlo" w:hAnsi="Menlo" w:eastAsia="Arial Unicode MS" w:cs="Menlo"/>
          <w:color w:val="18324A"/>
          <w:sz w:val="21"/>
        </w:rPr>
        <w:t>S</w:t>
      </w:r>
      <w:r>
        <w:rPr>
          <w:rFonts w:ascii="Arial" w:hAnsi="Arial" w:eastAsia="Arial Unicode MS" w:cs="Arial"/>
          <w:color w:val="243442"/>
          <w:sz w:val="22"/>
        </w:rPr>
        <w:t xml:space="preserve"> identifies an internal antenna.</w:t>
      </w:r>
    </w:p>
    <w:p>
      <w:pPr>
        <w:pStyle w:val="Heading2"/>
      </w:pPr>
      <w:r>
        <w:rPr>
          <w:rFonts w:ascii="Arial" w:hAnsi="Arial" w:eastAsia="Arial Unicode MS" w:cs="Arial"/>
          <w:color w:val="1E6F9F"/>
          <w:sz w:val="26"/>
        </w:rPr>
        <w:t>6.3 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KC218-A1-AS923-N</w:t>
      </w:r>
      <w:r>
        <w:rPr>
          <w:rFonts w:ascii="Arial" w:hAnsi="Arial" w:eastAsia="Arial Unicode MS" w:cs="Arial"/>
          <w:color w:val="243442"/>
          <w:sz w:val="22"/>
        </w:rPr>
        <w:t xml:space="preserve"> is:</w:t>
      </w:r>
    </w:p>
    <w:p>
      <w:r>
        <w:rPr>
          <w:rFonts w:ascii="Arial" w:hAnsi="Arial" w:eastAsia="Arial Unicode MS" w:cs="Arial"/>
          <w:color w:val="243442"/>
          <w:sz w:val="22"/>
        </w:rPr>
        <w:t>This is a second-generation IP65 DTU in the 800 MHz-and-above RF class. It provides an RS-485 interface and a 15 V output, includes a 10800 mAh battery, supports the LoRaWAN AS923 regional standard, and uses an external antenna with an SMA connector.</w:t>
      </w:r>
    </w:p>
    <w:p>
      <w:pPr>
        <w:pStyle w:val="Heading1"/>
      </w:pPr>
      <w:r>
        <w:rPr>
          <w:rFonts w:ascii="Arial" w:hAnsi="Arial" w:eastAsia="Arial Unicode MS" w:cs="Arial"/>
          <w:color w:val="1E6F9F"/>
          <w:sz w:val="32"/>
        </w:rPr>
        <w:t>7. Network topology</w:t>
      </w:r>
    </w:p>
    <w:p>
      <w:r>
        <w:rPr>
          <w:rFonts w:ascii="Arial" w:hAnsi="Arial" w:eastAsia="Arial Unicode MS" w:cs="Arial"/>
          <w:color w:val="243442"/>
          <w:sz w:val="22"/>
        </w:rPr>
        <w:t>KC21 is a standard LoRaWAN device. LoRaWAN network support is required for KC21 to work properly. You can use the LoRaWAN gateway of ManThink or a third-party LoRaWAN gateway, and it needs the support of LoRaWAN NS. KC21 supports access to standard LoRaWAN networks such as ThinkLink, Chirp stack, and TTN. You can use the ThinkLink configuration model to implement business functions, card view presentation, and other business logic.</w:t>
      </w:r>
    </w:p>
    <w:p>
      <w:r>
        <w:rPr>
          <w:rFonts w:ascii="Arial" w:hAnsi="Arial" w:eastAsia="Arial Unicode MS" w:cs="Arial"/>
          <w:color w:val="243442"/>
          <w:sz w:val="22"/>
        </w:rPr>
        <w:t>The LoRaWAN network topology is as follows:</w:t>
      </w:r>
    </w:p>
    <w:p>
      <w:pPr>
        <w:keepNext/>
        <w:keepLines/>
        <w:spacing w:before="80" w:after="40"/>
        <w:jc w:val="center"/>
      </w:pPr>
      <w:r>
        <w:drawing>
          <wp:inline xmlns:a="http://schemas.openxmlformats.org/drawingml/2006/main" xmlns:pic="http://schemas.openxmlformats.org/drawingml/2006/picture">
            <wp:extent cx="5532120" cy="4074496"/>
            <wp:docPr id="2" name="Picture 2" descr="7. Network topology" title="7. Network topology"/>
            <wp:cNvGraphicFramePr>
              <a:graphicFrameLocks noChangeAspect="1"/>
            </wp:cNvGraphicFramePr>
            <a:graphic>
              <a:graphicData uri="http://schemas.openxmlformats.org/drawingml/2006/picture">
                <pic:pic>
                  <pic:nvPicPr>
                    <pic:cNvPr id="0" name="0eae8481-f4d0-4e80-969e-f64259660c54.png"/>
                    <pic:cNvPicPr/>
                  </pic:nvPicPr>
                  <pic:blipFill>
                    <a:blip r:embed="rId12"/>
                    <a:stretch>
                      <a:fillRect/>
                    </a:stretch>
                  </pic:blipFill>
                  <pic:spPr>
                    <a:xfrm>
                      <a:off x="0" y="0"/>
                      <a:ext cx="5532120" cy="4074496"/>
                    </a:xfrm>
                    <a:prstGeom prst="rect"/>
                  </pic:spPr>
                </pic:pic>
              </a:graphicData>
            </a:graphic>
          </wp:inline>
        </w:drawing>
      </w:r>
    </w:p>
    <w:p>
      <w:pPr>
        <w:pStyle w:val="FigureCaption"/>
      </w:pPr>
      <w:r>
        <w:t>Figure  7. Network topology</w:t>
      </w:r>
    </w:p>
    <w:p>
      <w:pPr>
        <w:pStyle w:val="Heading1"/>
      </w:pPr>
      <w:r>
        <w:rPr>
          <w:rFonts w:ascii="Arial" w:hAnsi="Arial" w:eastAsia="Arial Unicode MS" w:cs="Arial"/>
          <w:color w:val="1E6F9F"/>
          <w:sz w:val="32"/>
        </w:rPr>
        <w:t>8. Working mode</w:t>
      </w:r>
    </w:p>
    <w:p>
      <w:pPr>
        <w:pStyle w:val="Heading2"/>
      </w:pPr>
      <w:r>
        <w:rPr>
          <w:rFonts w:ascii="Arial" w:hAnsi="Arial" w:eastAsia="Arial Unicode MS" w:cs="Arial"/>
          <w:color w:val="1E6F9F"/>
          <w:sz w:val="26"/>
        </w:rPr>
        <w:t>8.1 EB configure collection and upload tasks</w:t>
      </w:r>
    </w:p>
    <w:p>
      <w:r>
        <w:rPr>
          <w:rFonts w:ascii="Arial" w:hAnsi="Arial" w:eastAsia="Arial Unicode MS" w:cs="Arial"/>
          <w:color w:val="243442"/>
          <w:sz w:val="22"/>
        </w:rPr>
        <w:t>KC21 has a built-in EB virtual machine, which can implement various business logic of meter reading by calling SDK and TS code. EB instructions for use:</w:t>
      </w:r>
    </w:p>
    <w:p>
      <w:r>
        <w:rPr>
          <w:rFonts w:ascii="Arial" w:hAnsi="Arial" w:eastAsia="Arial Unicode MS" w:cs="Arial"/>
          <w:color w:val="243442"/>
          <w:sz w:val="22"/>
        </w:rPr>
        <w:t>EB-compiler compilation instructions</w:t>
      </w:r>
    </w:p>
    <w:p>
      <w:pPr>
        <w:pStyle w:val="Heading2"/>
      </w:pPr>
      <w:r>
        <w:rPr>
          <w:rFonts w:ascii="Arial" w:hAnsi="Arial" w:eastAsia="Arial Unicode MS" w:cs="Arial"/>
          <w:color w:val="1E6F9F"/>
          <w:sz w:val="26"/>
        </w:rPr>
        <w:t>8.2 Communication Test</w:t>
      </w:r>
    </w:p>
    <w:p>
      <w:r>
        <w:rPr>
          <w:rFonts w:ascii="Arial" w:hAnsi="Arial" w:eastAsia="Arial Unicode MS" w:cs="Arial"/>
          <w:color w:val="243442"/>
          <w:sz w:val="22"/>
        </w:rPr>
        <w:t>Magnet trigger, contact 2s -4s, you can trigger a packet of upstream measurement data</w:t>
      </w:r>
    </w:p>
    <w:p>
      <w:pPr>
        <w:pStyle w:val="Heading2"/>
      </w:pPr>
      <w:r>
        <w:rPr>
          <w:rFonts w:ascii="Arial" w:hAnsi="Arial" w:eastAsia="Arial Unicode MS" w:cs="Arial"/>
          <w:color w:val="1E6F9F"/>
          <w:sz w:val="26"/>
        </w:rPr>
        <w:t>8.3 Network access</w:t>
      </w:r>
    </w:p>
    <w:p>
      <w:r>
        <w:rPr>
          <w:rFonts w:ascii="Arial" w:hAnsi="Arial" w:eastAsia="Arial Unicode MS" w:cs="Arial"/>
          <w:color w:val="243442"/>
          <w:sz w:val="22"/>
        </w:rPr>
        <w:t>Magnet trigger, contact 6s-8s, you can trigger a packet of join.</w:t>
      </w:r>
    </w:p>
    <w:p>
      <w:pPr>
        <w:pStyle w:val="Heading1"/>
      </w:pPr>
      <w:r>
        <w:rPr>
          <w:rFonts w:ascii="Arial" w:hAnsi="Arial" w:eastAsia="Arial Unicode MS" w:cs="Arial"/>
          <w:color w:val="1E6F9F"/>
          <w:sz w:val="32"/>
        </w:rPr>
        <w:t>9. Installation</w:t>
      </w:r>
    </w:p>
    <w:p>
      <w:pPr>
        <w:pStyle w:val="ListBullet"/>
        <w:ind w:left="540" w:hanging="271"/>
      </w:pPr>
      <w:r>
        <w:rPr>
          <w:rFonts w:ascii="Arial" w:hAnsi="Arial" w:eastAsia="Arial Unicode MS" w:cs="Arial"/>
          <w:color w:val="243442"/>
          <w:sz w:val="22"/>
        </w:rPr>
        <w:t>Use the drill to fix the back plate to the Wall (keep the back plate Arrow Up)</w:t>
      </w:r>
    </w:p>
    <w:p>
      <w:pPr>
        <w:keepNext/>
        <w:keepLines/>
        <w:spacing w:before="80" w:after="40"/>
        <w:jc w:val="center"/>
      </w:pPr>
      <w:r>
        <w:drawing>
          <wp:inline xmlns:a="http://schemas.openxmlformats.org/drawingml/2006/main" xmlns:pic="http://schemas.openxmlformats.org/drawingml/2006/picture">
            <wp:extent cx="5532120" cy="3250732"/>
            <wp:docPr id="3" name="Picture 3" descr="9. Installation" title="9. Installation"/>
            <wp:cNvGraphicFramePr>
              <a:graphicFrameLocks noChangeAspect="1"/>
            </wp:cNvGraphicFramePr>
            <a:graphic>
              <a:graphicData uri="http://schemas.openxmlformats.org/drawingml/2006/picture">
                <pic:pic>
                  <pic:nvPicPr>
                    <pic:cNvPr id="0" name="b6c49a52-bc68-418a-be02-ac9bc57d3719.png"/>
                    <pic:cNvPicPr/>
                  </pic:nvPicPr>
                  <pic:blipFill>
                    <a:blip r:embed="rId13"/>
                    <a:stretch>
                      <a:fillRect/>
                    </a:stretch>
                  </pic:blipFill>
                  <pic:spPr>
                    <a:xfrm>
                      <a:off x="0" y="0"/>
                      <a:ext cx="5532120" cy="3250732"/>
                    </a:xfrm>
                    <a:prstGeom prst="rect"/>
                  </pic:spPr>
                </pic:pic>
              </a:graphicData>
            </a:graphic>
          </wp:inline>
        </w:drawing>
      </w:r>
    </w:p>
    <w:p>
      <w:pPr>
        <w:pStyle w:val="FigureCaption"/>
      </w:pPr>
      <w:r>
        <w:t>Figure  9. Installation</w:t>
      </w:r>
    </w:p>
    <w:p>
      <w:pPr>
        <w:pStyle w:val="ListBullet"/>
        <w:ind w:left="540" w:hanging="271"/>
      </w:pPr>
      <w:r>
        <w:rPr>
          <w:rFonts w:ascii="Arial" w:hAnsi="Arial" w:eastAsia="Arial Unicode MS" w:cs="Arial"/>
          <w:color w:val="243442"/>
          <w:sz w:val="22"/>
        </w:rPr>
        <w:t>Hatch the product on the back plate (slide down after aligning the groove on the back of the sensor with the convex part of the back plate)</w:t>
      </w:r>
    </w:p>
    <w:p>
      <w:pPr>
        <w:keepNext/>
        <w:keepLines/>
        <w:spacing w:before="80" w:after="40"/>
        <w:jc w:val="center"/>
      </w:pPr>
      <w:r>
        <w:drawing>
          <wp:inline xmlns:a="http://schemas.openxmlformats.org/drawingml/2006/main" xmlns:pic="http://schemas.openxmlformats.org/drawingml/2006/picture">
            <wp:extent cx="3419928" cy="5303520"/>
            <wp:docPr id="4" name="Picture 4" descr="9. Installation" title="9. Installation"/>
            <wp:cNvGraphicFramePr>
              <a:graphicFrameLocks noChangeAspect="1"/>
            </wp:cNvGraphicFramePr>
            <a:graphic>
              <a:graphicData uri="http://schemas.openxmlformats.org/drawingml/2006/picture">
                <pic:pic>
                  <pic:nvPicPr>
                    <pic:cNvPr id="0" name="51c419c4-0f6c-4d41-89e3-d867cf29166b.png"/>
                    <pic:cNvPicPr/>
                  </pic:nvPicPr>
                  <pic:blipFill>
                    <a:blip r:embed="rId14"/>
                    <a:stretch>
                      <a:fillRect/>
                    </a:stretch>
                  </pic:blipFill>
                  <pic:spPr>
                    <a:xfrm>
                      <a:off x="0" y="0"/>
                      <a:ext cx="3419928" cy="5303520"/>
                    </a:xfrm>
                    <a:prstGeom prst="rect"/>
                  </pic:spPr>
                </pic:pic>
              </a:graphicData>
            </a:graphic>
          </wp:inline>
        </w:drawing>
      </w:r>
    </w:p>
    <w:p>
      <w:pPr>
        <w:pStyle w:val="FigureCaption"/>
      </w:pPr>
      <w:r>
        <w:t>Figure  9. Installation</w:t>
      </w:r>
    </w:p>
    <w:p>
      <w:pPr>
        <w:pStyle w:val="ListBullet"/>
        <w:ind w:left="540" w:hanging="271"/>
      </w:pPr>
      <w:r>
        <w:rPr>
          <w:rFonts w:ascii="Arial" w:hAnsi="Arial" w:eastAsia="Arial Unicode MS" w:cs="Arial"/>
          <w:color w:val="243442"/>
          <w:sz w:val="22"/>
        </w:rPr>
        <w:t>If external power supply is required, connect the power supply VCC and GND to the VCC and GND of the docking device, and pay attention to the voltage matching. The voltage value needs to be confirmed before the section is aligned. The KC21 provides an external voltage output only during meter reading.</w:t>
      </w:r>
    </w:p>
    <w:p>
      <w:pPr>
        <w:pStyle w:val="ListBullet"/>
        <w:ind w:left="540" w:hanging="271"/>
      </w:pPr>
      <w:r>
        <w:rPr>
          <w:rFonts w:ascii="Arial" w:hAnsi="Arial" w:eastAsia="Arial Unicode MS" w:cs="Arial"/>
          <w:color w:val="243442"/>
          <w:sz w:val="22"/>
        </w:rPr>
        <w:t>RS-485A and RS-485B that connect RS-485A and RS-485B to connected devices</w:t>
      </w:r>
    </w:p>
    <w:p>
      <w:pPr>
        <w:pStyle w:val="Heading1"/>
      </w:pPr>
      <w:r>
        <w:rPr>
          <w:rFonts w:ascii="Arial" w:hAnsi="Arial" w:eastAsia="Arial Unicode MS" w:cs="Arial"/>
          <w:color w:val="1E6F9F"/>
          <w:sz w:val="32"/>
        </w:rPr>
        <w:t>10. Standard</w:t>
      </w:r>
    </w:p>
    <w:p>
      <w:r>
        <w:rPr>
          <w:rFonts w:ascii="Arial" w:hAnsi="Arial" w:eastAsia="Arial Unicode MS" w:cs="Arial"/>
          <w:color w:val="243442"/>
          <w:sz w:val="22"/>
        </w:rPr>
        <w:t>The format of the communication protocol is customized through EB Compilation. We recommend that you use the protocol format standard recommended by ManThink.</w:t>
      </w:r>
    </w:p>
    <w:p>
      <w:r>
        <w:rPr>
          <w:rFonts w:ascii="Arial" w:hAnsi="Arial" w:eastAsia="Arial Unicode MS" w:cs="Arial"/>
          <w:color w:val="243442"/>
          <w:sz w:val="22"/>
        </w:rPr>
        <w:t xml:space="preserve">Reference: </w:t>
      </w:r>
      <w:r>
        <w:rPr>
          <w:rFonts w:ascii="Menlo" w:hAnsi="Menlo" w:eastAsia="Arial Unicode MS" w:cs="Menlo"/>
          <w:color w:val="18324A"/>
          <w:sz w:val="21"/>
        </w:rPr>
        <w:t>PTL-D01 ManThink Technology IoT Terminal Application Layer General Protocol V1.5</w:t>
      </w:r>
    </w:p>
    <w:p>
      <w:pPr>
        <w:pStyle w:val="Heading1"/>
      </w:pPr>
      <w:r>
        <w:rPr>
          <w:rFonts w:ascii="Arial" w:hAnsi="Arial" w:eastAsia="Arial Unicode MS" w:cs="Arial"/>
          <w:color w:val="1E6F9F"/>
          <w:sz w:val="32"/>
        </w:rPr>
        <w:t>11. Parameter Modification</w:t>
      </w:r>
    </w:p>
    <w:p>
      <w:r>
        <w:rPr>
          <w:rFonts w:ascii="Arial" w:hAnsi="Arial" w:eastAsia="Arial Unicode MS" w:cs="Arial"/>
          <w:color w:val="243442"/>
          <w:sz w:val="22"/>
        </w:rPr>
        <w:t xml:space="preserve">Refer to Chapter 5 of </w:t>
      </w:r>
      <w:r>
        <w:rPr>
          <w:rFonts w:ascii="Arial" w:hAnsi="Arial" w:eastAsia="Arial Unicode MS" w:cs="Arial"/>
          <w:i/>
          <w:color w:val="243442"/>
          <w:sz w:val="22"/>
        </w:rPr>
        <w:t>PTL-D01 ManThink Technology IoT Terminal Application Layer General Protocol V1.5</w:t>
      </w:r>
      <w:r>
        <w:rPr>
          <w:rFonts w:ascii="Arial" w:hAnsi="Arial" w:eastAsia="Arial Unicode MS" w:cs="Arial"/>
          <w:color w:val="243442"/>
          <w:sz w:val="22"/>
        </w:rPr>
        <w:t>. Parameter changes are delivered through port 214.</w:t>
      </w:r>
    </w:p>
    <w:p>
      <w:pPr>
        <w:pStyle w:val="Heading2"/>
      </w:pPr>
      <w:r>
        <w:rPr>
          <w:rFonts w:ascii="Arial" w:hAnsi="Arial" w:eastAsia="Arial Unicode MS" w:cs="Arial"/>
          <w:color w:val="1E6F9F"/>
          <w:sz w:val="26"/>
        </w:rPr>
        <w:t>11.1 Configuration Parameter Address Table</w:t>
      </w:r>
    </w:p>
    <w:p>
      <w:hyperlink r:id="rId15">
        <w:r>
          <w:rPr>
            <w:rFonts w:ascii="Arial" w:hAnsi="Arial" w:eastAsia="Arial Unicode MS"/>
            <w:color w:val="1E6F9F"/>
            <w:u w:val="single"/>
          </w:rPr>
          <w:t>AN-25100106 EdgeBus App Parameter Manual</w:t>
        </w:r>
      </w:hyperlink>
    </w:p>
    <w:p>
      <w:pPr>
        <w:pStyle w:val="Heading1"/>
      </w:pPr>
      <w:r>
        <w:rPr>
          <w:rFonts w:ascii="Arial" w:hAnsi="Arial" w:eastAsia="Arial Unicode MS" w:cs="Arial"/>
          <w:color w:val="1E6F9F"/>
          <w:sz w:val="32"/>
        </w:rPr>
        <w:t>12. ThinkLink Thing Model</w:t>
      </w:r>
    </w:p>
    <w:p>
      <w:r>
        <w:rPr>
          <w:rFonts w:ascii="Arial" w:hAnsi="Arial" w:eastAsia="Arial Unicode MS" w:cs="Arial"/>
          <w:color w:val="243442"/>
          <w:sz w:val="22"/>
        </w:rPr>
        <w:t xml:space="preserve">Sign in to </w:t>
      </w:r>
      <w:hyperlink r:id="rId16">
        <w:r>
          <w:rPr>
            <w:rFonts w:ascii="Arial" w:hAnsi="Arial" w:eastAsia="Arial Unicode MS"/>
            <w:color w:val="1E6F9F"/>
            <w:u w:val="single"/>
          </w:rPr>
          <w:t>ThinkLink</w:t>
        </w:r>
      </w:hyperlink>
      <w:r>
        <w:rPr>
          <w:rFonts w:ascii="Arial" w:hAnsi="Arial" w:eastAsia="Arial Unicode MS" w:cs="Arial"/>
          <w:color w:val="243442"/>
          <w:sz w:val="22"/>
        </w:rPr>
        <w:t>.</w:t>
      </w:r>
    </w:p>
    <w:p>
      <w:pPr>
        <w:pStyle w:val="Heading2"/>
      </w:pPr>
      <w:r>
        <w:rPr>
          <w:rFonts w:ascii="Arial" w:hAnsi="Arial" w:eastAsia="Arial Unicode MS" w:cs="Arial"/>
          <w:color w:val="1E6F9F"/>
          <w:sz w:val="26"/>
        </w:rPr>
        <w:t>12.1 Device Template</w:t>
      </w:r>
    </w:p>
    <w:p>
      <w:r>
        <w:rPr>
          <w:rFonts w:ascii="Arial" w:hAnsi="Arial" w:eastAsia="Arial Unicode MS" w:cs="Arial"/>
          <w:color w:val="243442"/>
          <w:sz w:val="22"/>
        </w:rPr>
        <w:t>Battery powered KC21 should use the template of MT-EB-BATTERY and DC powered KC21 should use the template of MT-EB-POWER . he models already mounted as follows:</w:t>
      </w:r>
    </w:p>
    <w:p>
      <w:pPr>
        <w:pStyle w:val="ListBullet"/>
        <w:ind w:left="540" w:hanging="271"/>
      </w:pPr>
      <w:r>
        <w:rPr>
          <w:rFonts w:ascii="Arial" w:hAnsi="Arial" w:eastAsia="Arial Unicode MS" w:cs="Arial"/>
          <w:color w:val="243442"/>
          <w:sz w:val="22"/>
        </w:rPr>
        <w:t>Thing Model: MT-EB</w:t>
      </w:r>
    </w:p>
    <w:p>
      <w:pPr>
        <w:pStyle w:val="ListBullet"/>
        <w:ind w:left="540" w:hanging="271"/>
      </w:pPr>
      <w:r>
        <w:rPr>
          <w:rFonts w:ascii="Arial" w:hAnsi="Arial" w:eastAsia="Arial Unicode MS" w:cs="Arial"/>
          <w:color w:val="243442"/>
          <w:sz w:val="22"/>
        </w:rPr>
        <w:t>RPC:</w:t>
      </w:r>
    </w:p>
    <w:p>
      <w:r>
        <w:rPr>
          <w:rFonts w:ascii="Arial" w:hAnsi="Arial" w:eastAsia="Arial Unicode MS" w:cs="Arial"/>
          <w:color w:val="243442"/>
          <w:sz w:val="22"/>
        </w:rPr>
        <w:t>\[MT ACT\] action: Used to execute operations such as reset, join, redo, and reading parameters</w:t>
      </w:r>
    </w:p>
    <w:p>
      <w:r>
        <w:rPr>
          <w:rFonts w:ascii="Arial" w:hAnsi="Arial" w:eastAsia="Arial Unicode MS" w:cs="Arial"/>
          <w:color w:val="243442"/>
          <w:sz w:val="22"/>
        </w:rPr>
        <w:t>\[MT ACT\] transparent: Transparent RPC; hexadecimal data can be sent via port 51, which will be forwarded to sub-devices through the RS485 interface, and responses from the sub-device will be returned</w:t>
      </w:r>
    </w:p>
    <w:p>
      <w:r>
        <w:rPr>
          <w:rFonts w:ascii="Arial" w:hAnsi="Arial" w:eastAsia="Arial Unicode MS" w:cs="Arial"/>
          <w:color w:val="243442"/>
          <w:sz w:val="22"/>
        </w:rPr>
        <w:t>\[MT SET\] app para: Set EB parameters</w:t>
      </w:r>
    </w:p>
    <w:p>
      <w:r>
        <w:rPr>
          <w:rFonts w:ascii="Arial" w:hAnsi="Arial" w:eastAsia="Arial Unicode MS" w:cs="Arial"/>
          <w:color w:val="243442"/>
          <w:sz w:val="22"/>
        </w:rPr>
        <w:t>\[MT ACT\] debug modbus: Online Modbus debugging by entering information such as 485 address and Modbus function code</w:t>
      </w:r>
    </w:p>
    <w:p>
      <w:r>
        <w:rPr>
          <w:rFonts w:ascii="Arial" w:hAnsi="Arial" w:eastAsia="Arial Unicode MS" w:cs="Arial"/>
          <w:color w:val="243442"/>
          <w:sz w:val="22"/>
        </w:rPr>
        <w:t>ALARM: Used for alarm functionality; trigger rules must be configured to enable full alarm features</w:t>
      </w:r>
    </w:p>
    <w:p>
      <w:pPr>
        <w:pStyle w:val="Heading1"/>
      </w:pPr>
      <w:r>
        <w:rPr>
          <w:rFonts w:ascii="Arial" w:hAnsi="Arial" w:eastAsia="Arial Unicode MS" w:cs="Arial"/>
          <w:color w:val="1E6F9F"/>
          <w:sz w:val="32"/>
        </w:rPr>
        <w:t>13. Contact Us</w:t>
      </w:r>
    </w:p>
    <w:p>
      <w:r>
        <w:rPr>
          <w:rFonts w:ascii="Arial" w:hAnsi="Arial" w:eastAsia="Arial Unicode MS" w:cs="Arial"/>
          <w:color w:val="243442"/>
          <w:sz w:val="22"/>
        </w:rPr>
        <w:t xml:space="preserve">Website: </w:t>
      </w:r>
      <w:hyperlink r:id="rId17">
        <w:r>
          <w:rPr>
            <w:rFonts w:ascii="Arial" w:hAnsi="Arial" w:eastAsia="Arial Unicode MS"/>
            <w:color w:val="1E6F9F"/>
            <w:u w:val="single"/>
          </w:rPr>
          <w:t>www.manthink.cn</w:t>
        </w:r>
      </w:hyperlink>
    </w:p>
    <w:p>
      <w:r>
        <w:rPr>
          <w:rFonts w:ascii="Arial" w:hAnsi="Arial" w:eastAsia="Arial Unicode MS" w:cs="Arial"/>
          <w:color w:val="243442"/>
          <w:sz w:val="22"/>
        </w:rPr>
        <w:t xml:space="preserve">Email: </w:t>
      </w:r>
      <w:hyperlink r:id="rId18">
        <w:r>
          <w:rPr>
            <w:rFonts w:ascii="Arial" w:hAnsi="Arial" w:eastAsia="Arial Unicode MS"/>
            <w:color w:val="1E6F9F"/>
            <w:u w:val="single"/>
          </w:rPr>
          <w:t>info@manthink.cn</w:t>
        </w:r>
      </w:hyperlink>
    </w:p>
    <w:p>
      <w:r>
        <w:rPr>
          <w:rFonts w:ascii="Arial" w:hAnsi="Arial" w:eastAsia="Arial Unicode MS" w:cs="Arial"/>
          <w:color w:val="243442"/>
          <w:sz w:val="22"/>
        </w:rPr>
        <w:t>Tel: +86-15810684257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KC21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think-link.net/docs/en/EB/EdgeBusAppPara" TargetMode="External"/><Relationship Id="rId16" Type="http://schemas.openxmlformats.org/officeDocument/2006/relationships/hyperlink" Target="https://thinklink.manthink.cn" TargetMode="External"/><Relationship Id="rId17" Type="http://schemas.openxmlformats.org/officeDocument/2006/relationships/hyperlink" Target="https://www.manthink.cn" TargetMode="External"/><Relationship Id="rId18"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KC21 IP65  RS-485 Data Logger</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