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80"/>
      </w:pPr>
      <w:r>
        <w:rPr>
          <w:rFonts w:ascii="Arial" w:hAnsi="Arial" w:eastAsia="Arial Unicode MS" w:cs="Arial"/>
          <w:b/>
          <w:color w:val="2CA6A4"/>
          <w:sz w:val="19"/>
        </w:rPr>
        <w:t>MANTHINK  /  INDUSTRIAL IoT</w:t>
      </w:r>
    </w:p>
    <w:p>
      <w:pPr>
        <w:spacing w:after="40"/>
      </w:pPr>
      <w:r>
        <w:rPr>
          <w:rFonts w:ascii="Arial" w:hAnsi="Arial" w:eastAsia="Arial Unicode MS" w:cs="Arial"/>
          <w:b/>
          <w:color w:val="18324A"/>
          <w:sz w:val="68"/>
        </w:rPr>
        <w:t>KC22</w:t>
      </w:r>
    </w:p>
    <w:p>
      <w:pPr>
        <w:spacing w:after="80"/>
      </w:pPr>
      <w:r>
        <w:rPr>
          <w:rFonts w:ascii="Arial" w:hAnsi="Arial" w:eastAsia="Arial Unicode MS" w:cs="Arial"/>
          <w:b/>
          <w:color w:val="243442"/>
          <w:sz w:val="34"/>
        </w:rPr>
        <w:t>LoRaWAN EB Collector</w:t>
      </w:r>
    </w:p>
    <w:p>
      <w:pPr>
        <w:spacing w:after="360"/>
      </w:pPr>
      <w:r>
        <w:rPr>
          <w:rFonts w:ascii="Arial" w:hAnsi="Arial" w:eastAsia="Arial Unicode MS" w:cs="Arial"/>
          <w:color w:val="607181"/>
          <w:sz w:val="23"/>
        </w:rPr>
        <w:t>Standardized Device Manual</w:t>
      </w:r>
    </w:p>
    <w:p>
      <w:pPr>
        <w:spacing w:before="0" w:after="320"/>
        <w:jc w:val="center"/>
      </w:pPr>
      <w:r>
        <w:drawing>
          <wp:inline xmlns:a="http://schemas.openxmlformats.org/drawingml/2006/main" xmlns:pic="http://schemas.openxmlformats.org/drawingml/2006/picture">
            <wp:extent cx="4297680" cy="4297680"/>
            <wp:docPr id="1" name="Picture 1" descr="KC22 IP65  M-Bus Data Logger" title="KC22 IP65  M-Bus Data Logge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93c534d1712a2a2b839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429768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VERSION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1.0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DOCUMENT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Device Manual</w:t>
            </w:r>
          </w:p>
        </w:tc>
      </w:tr>
    </w:tbl>
    <w:p>
      <w:r>
        <w:br w:type="page"/>
      </w:r>
    </w:p>
    <w:p>
      <w:pPr>
        <w:spacing w:before="160" w:after="480"/>
      </w:pPr>
      <w:r>
        <w:rPr>
          <w:rFonts w:ascii="Arial" w:hAnsi="Arial" w:eastAsia="Arial Unicode MS" w:cs="Arial"/>
          <w:b/>
          <w:color w:val="18324A"/>
          <w:sz w:val="48"/>
        </w:rPr>
        <w:t>Revision History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6960"/>
      </w:tblGrid>
      <w:tr>
        <w:trPr>
          <w:cantSplit/>
          <w:tblHeader w:val="true"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FFFFFF"/>
                <w:sz w:val="20"/>
              </w:rPr>
              <w:t>Version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FFFFFF"/>
                <w:sz w:val="20"/>
              </w:rPr>
              <w:t>Change Description</w:t>
            </w:r>
          </w:p>
        </w:tc>
      </w:tr>
      <w:tr>
        <w:trPr>
          <w:cantSplit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 w:val="0"/>
                <w:color w:val="243442"/>
                <w:sz w:val="20"/>
              </w:rPr>
              <w:t>1.0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 w:val="0"/>
                <w:color w:val="243442"/>
                <w:sz w:val="20"/>
              </w:rPr>
              <w:t>Current published version</w:t>
            </w:r>
          </w:p>
        </w:tc>
      </w:tr>
    </w:tbl>
    <w:p>
      <w:r>
        <w:br w:type="page"/>
      </w:r>
    </w:p>
    <w:p>
      <w:pPr>
        <w:spacing w:before="160" w:after="480"/>
      </w:pPr>
      <w:r>
        <w:rPr>
          <w:rFonts w:ascii="Arial" w:hAnsi="Arial" w:eastAsia="Arial Unicode MS" w:cs="Arial"/>
          <w:b/>
          <w:color w:val="18324A"/>
          <w:sz w:val="48"/>
        </w:rPr>
        <w:t>Contents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1. Product Description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2. Application areas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3. Main features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4. Parameters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5. Dimensions and Interfaces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6. Model List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6.1 Model example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6.2 Model component breakdown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6.3 Complete model meaning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7. Network topology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8. Working mode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8.1 EB configure collection and upload tasks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8.2 Communication Test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8.3 Network access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9. Installation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10. Standard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11. Parameter Modification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11.1 Configuration Parameter Address Table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12. ThinkLink Thing Model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12.1 Device Template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13. Contact Us</w:t>
      </w:r>
    </w:p>
    <w:p>
      <w:r>
        <w:br w:type="page"/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1. Product Description</w:t>
      </w:r>
    </w:p>
    <w:p>
      <w:r>
        <w:rPr>
          <w:rFonts w:ascii="Arial" w:hAnsi="Arial" w:eastAsia="Arial Unicode MS" w:cs="Arial"/>
          <w:color w:val="243442"/>
          <w:sz w:val="22"/>
        </w:rPr>
        <w:t>KC22 is a high-performance, low-power data transmission unit (DTU) independently developed by ManThink. It supports battery power supply and flexible configuration, and is specially designed for long-distance, low-power Internet of Things applications. Product Integration High Performance MCU and LoRa®RF chip, using standard M-Bus interface to communicate with external devices, via LoRaWAN®The protocol stably uploads business data to the cloud application platform.</w:t>
      </w:r>
    </w:p>
    <w:p>
      <w:r>
        <w:rPr>
          <w:rFonts w:ascii="Arial" w:hAnsi="Arial" w:eastAsia="Arial Unicode MS" w:cs="Arial"/>
          <w:color w:val="243442"/>
          <w:sz w:val="22"/>
        </w:rPr>
        <w:t>Based on LoRa®Wireless Technology, KC22 support standard LoRaWAN®The network has the advantages of long communication distance, strong anti-interference ability and extremely low power consumption. Built-in 4 14505 lithium batteries can provide stable operation for devices for years, which is suitable for applications where wiring is difficult or unattended for a long time.</w:t>
      </w:r>
    </w:p>
    <w:p>
      <w:r>
        <w:rPr>
          <w:rFonts w:ascii="Arial" w:hAnsi="Arial" w:eastAsia="Arial Unicode MS" w:cs="Arial"/>
          <w:color w:val="243442"/>
          <w:sz w:val="22"/>
        </w:rPr>
        <w:t>KC22 compatible with ManThink and third party LoRaWAN®The gateway can be seamlessly connected to  IoT platforms such as ThinkLink, ChirpStack, and The Things Network(TTN) to realize data collection and remote control of M-Bus interface devices.</w:t>
      </w:r>
    </w:p>
    <w:p>
      <w:r>
        <w:rPr>
          <w:rFonts w:ascii="Arial" w:hAnsi="Arial" w:eastAsia="Arial Unicode MS" w:cs="Arial"/>
          <w:color w:val="243442"/>
          <w:sz w:val="22"/>
        </w:rPr>
        <w:t>The product has built-in Edge-Bus(EB) virtual machine, which supports the generation of lightweight firmware through EB compilation and the remote download to the device through the over-the-air firmware upgrade (FUOTA) mode. With the help of EB virtual machine, KC22 can quickly adapt to various M-Bus Protocol devices, and locally realize core business logic processing such as Change Report (COV), exception alarm, data reorganization, etc., greatly enhancing the flexibility and intelligence level of the system.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2. Application areas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Industrial field, M-Bus interface equipment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Water meter/Heat Meter metering meter reading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Hydrometeorological monitoring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3. Main features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Support M-Bus interface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4× 2700 mAh ER14505 lithium sub-batteries, 10800mAh of electricity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Support for EB virtual machines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Support remote upgrade via LoRaWAN communication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Support ThinkLink/ChirpStack/TTN platform docking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Support US902,AU915,AS923,EU868,EU433,CN470 LoRaWAN standards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Compatible with all M-Bus-based communication protocols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4. Parameters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Value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INTERFACE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Joint Type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 PG7 interface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Wiring quantity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2 MBus wires (battery version) 1 VCC,1 GND,2 M-Bus wires (DC5-24V power supply)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Display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None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Value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WIRELESS PARAMETERS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Protocol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Standard LoRaWAN®Agreement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Regional Standards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CN470/EU433/EU868/AS923/AU915/Us902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Transmit power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Maximum Support 22dBm (parameter can be changed)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Receiving sensitivity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-142dBm(SF=12,BW=125kHz)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Working mode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OTAA/ABP Class A (battery version) ClassC (DC 5-24v normally supplied)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Value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CONFIGURATION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Test /Trigger mode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Magnet trigger 2 seconds trigger heartbeat data 6 seconds trigger network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Parameter Configuration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By NS issue instruction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Value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PHYSICAL CHARACTERISTICS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Power supply mode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Battery 10800mAh/DC 5-24V  power supply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Sleep current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5uA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emission current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110mA (22dBm transmit power)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Working Temperature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-40°C ~85°C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Relative humidity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≤95% (no condensation)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Protection level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IP65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Material &amp;Color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ABS + PC, White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Dimensions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120mm </w:t>
            </w:r>
            <w:r>
              <w:rPr>
                <w:rFonts w:ascii="Arial" w:hAnsi="Arial" w:eastAsia="Arial Unicode MS" w:cs="Arial"/>
                <w:i/>
                <w:color w:val="243442"/>
                <w:sz w:val="18"/>
              </w:rPr>
              <w:t xml:space="preserve"> 72mm 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28mm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Installation method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Wall Hanging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5. Dimensions and Interfaces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Number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Interface Description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Specific details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 Antenna interface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inner hole outer screw, according to different LoRaWAN standard match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2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Wiring Port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PG7 waterproof connector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2 M-Bus connectors (battery powered)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VCC,GND,2 M-Bus interfaces (DC5-24V powered)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6. Model List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6.1 Model example</w:t>
      </w:r>
    </w:p>
    <w:p>
      <w:r>
        <w:rPr>
          <w:rFonts w:ascii="Menlo" w:hAnsi="Menlo" w:eastAsia="Arial Unicode MS" w:cs="Menlo"/>
          <w:color w:val="18324A"/>
          <w:sz w:val="21"/>
        </w:rPr>
        <w:t>KC228-A1-AS923-N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6.2 Model component breakdown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KC228: product series and RF band.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KC22</w:t>
      </w:r>
      <w:r>
        <w:rPr>
          <w:rFonts w:ascii="Arial" w:hAnsi="Arial" w:eastAsia="Arial Unicode MS" w:cs="Arial"/>
          <w:color w:val="243442"/>
          <w:sz w:val="22"/>
        </w:rPr>
        <w:t xml:space="preserve"> identifies a second-generation IP65 DTU.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8</w:t>
      </w:r>
      <w:r>
        <w:rPr>
          <w:rFonts w:ascii="Arial" w:hAnsi="Arial" w:eastAsia="Arial Unicode MS" w:cs="Arial"/>
          <w:color w:val="243442"/>
          <w:sz w:val="22"/>
        </w:rPr>
        <w:t xml:space="preserve"> identifies the 800 MHz-and-above RF version for EU868, AS923, AU915 and US902.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 xml:space="preserve">Other band option: </w:t>
      </w:r>
      <w:r>
        <w:rPr>
          <w:rFonts w:ascii="Menlo" w:hAnsi="Menlo" w:eastAsia="Arial Unicode MS" w:cs="Menlo"/>
          <w:color w:val="18324A"/>
          <w:sz w:val="21"/>
        </w:rPr>
        <w:t>4</w:t>
      </w:r>
      <w:r>
        <w:rPr>
          <w:rFonts w:ascii="Arial" w:hAnsi="Arial" w:eastAsia="Arial Unicode MS" w:cs="Arial"/>
          <w:color w:val="243442"/>
          <w:sz w:val="22"/>
        </w:rPr>
        <w:t xml:space="preserve"> identifies the 400 MHz RF version for EU433 and CN470.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-A1: functional interface and power configuration.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</w:t>
      </w:r>
      <w:r>
        <w:rPr>
          <w:rFonts w:ascii="Arial" w:hAnsi="Arial" w:eastAsia="Arial Unicode MS" w:cs="Arial"/>
          <w:color w:val="243442"/>
          <w:sz w:val="22"/>
        </w:rPr>
        <w:t xml:space="preserve"> identifies an M-Bus interface.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1</w:t>
      </w:r>
      <w:r>
        <w:rPr>
          <w:rFonts w:ascii="Arial" w:hAnsi="Arial" w:eastAsia="Arial Unicode MS" w:cs="Arial"/>
          <w:color w:val="243442"/>
          <w:sz w:val="22"/>
        </w:rPr>
        <w:t xml:space="preserve"> identifies a built-in 10800 mAh battery.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 xml:space="preserve">Other power option: </w:t>
      </w:r>
      <w:r>
        <w:rPr>
          <w:rFonts w:ascii="Menlo" w:hAnsi="Menlo" w:eastAsia="Arial Unicode MS" w:cs="Menlo"/>
          <w:color w:val="18324A"/>
          <w:sz w:val="21"/>
        </w:rPr>
        <w:t>2</w:t>
      </w:r>
      <w:r>
        <w:rPr>
          <w:rFonts w:ascii="Arial" w:hAnsi="Arial" w:eastAsia="Arial Unicode MS" w:cs="Arial"/>
          <w:color w:val="243442"/>
          <w:sz w:val="22"/>
        </w:rPr>
        <w:t xml:space="preserve"> identifies external DC 5–24 V input.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-AS923: LoRaWAN regional standard.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AS923</w:t>
      </w:r>
      <w:r>
        <w:rPr>
          <w:rFonts w:ascii="Arial" w:hAnsi="Arial" w:eastAsia="Arial Unicode MS" w:cs="Arial"/>
          <w:color w:val="243442"/>
          <w:sz w:val="22"/>
        </w:rPr>
        <w:t xml:space="preserve"> means that the device supports the LoRaWAN AS923 regional parameters.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 xml:space="preserve">Other regional codes are </w:t>
      </w:r>
      <w:r>
        <w:rPr>
          <w:rFonts w:ascii="Menlo" w:hAnsi="Menlo" w:eastAsia="Arial Unicode MS" w:cs="Menlo"/>
          <w:color w:val="18324A"/>
          <w:sz w:val="21"/>
        </w:rPr>
        <w:t>CN470</w:t>
      </w:r>
      <w:r>
        <w:rPr>
          <w:rFonts w:ascii="Arial" w:hAnsi="Arial" w:eastAsia="Arial Unicode MS" w:cs="Arial"/>
          <w:color w:val="243442"/>
          <w:sz w:val="22"/>
        </w:rPr>
        <w:t xml:space="preserve">, </w:t>
      </w:r>
      <w:r>
        <w:rPr>
          <w:rFonts w:ascii="Menlo" w:hAnsi="Menlo" w:eastAsia="Arial Unicode MS" w:cs="Menlo"/>
          <w:color w:val="18324A"/>
          <w:sz w:val="21"/>
        </w:rPr>
        <w:t>EU433</w:t>
      </w:r>
      <w:r>
        <w:rPr>
          <w:rFonts w:ascii="Arial" w:hAnsi="Arial" w:eastAsia="Arial Unicode MS" w:cs="Arial"/>
          <w:color w:val="243442"/>
          <w:sz w:val="22"/>
        </w:rPr>
        <w:t xml:space="preserve">, </w:t>
      </w:r>
      <w:r>
        <w:rPr>
          <w:rFonts w:ascii="Menlo" w:hAnsi="Menlo" w:eastAsia="Arial Unicode MS" w:cs="Menlo"/>
          <w:color w:val="18324A"/>
          <w:sz w:val="21"/>
        </w:rPr>
        <w:t>EU868</w:t>
      </w:r>
      <w:r>
        <w:rPr>
          <w:rFonts w:ascii="Arial" w:hAnsi="Arial" w:eastAsia="Arial Unicode MS" w:cs="Arial"/>
          <w:color w:val="243442"/>
          <w:sz w:val="22"/>
        </w:rPr>
        <w:t xml:space="preserve">, </w:t>
      </w:r>
      <w:r>
        <w:rPr>
          <w:rFonts w:ascii="Menlo" w:hAnsi="Menlo" w:eastAsia="Arial Unicode MS" w:cs="Menlo"/>
          <w:color w:val="18324A"/>
          <w:sz w:val="21"/>
        </w:rPr>
        <w:t>AU915</w:t>
      </w:r>
      <w:r>
        <w:rPr>
          <w:rFonts w:ascii="Arial" w:hAnsi="Arial" w:eastAsia="Arial Unicode MS" w:cs="Arial"/>
          <w:color w:val="243442"/>
          <w:sz w:val="22"/>
        </w:rPr>
        <w:t xml:space="preserve"> and 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; 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 denotes the LoRaWAN US915 (902–928 MHz) regional parameters.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-N: default version.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identifies the default version.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Other values are reserved for customized or special versions.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6.3 Complete model meaning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The complete meaning of </w:t>
      </w:r>
      <w:r>
        <w:rPr>
          <w:rFonts w:ascii="Menlo" w:hAnsi="Menlo" w:eastAsia="Arial Unicode MS" w:cs="Menlo"/>
          <w:color w:val="18324A"/>
          <w:sz w:val="21"/>
        </w:rPr>
        <w:t>KC228-A1-AS923-N</w:t>
      </w:r>
      <w:r>
        <w:rPr>
          <w:rFonts w:ascii="Arial" w:hAnsi="Arial" w:eastAsia="Arial Unicode MS" w:cs="Arial"/>
          <w:color w:val="243442"/>
          <w:sz w:val="22"/>
        </w:rPr>
        <w:t xml:space="preserve"> is: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This is a second-generation IP65 DTU in the 800 MHz-and-above RF class. It provides an M-Bus interface, includes a 10800 mAh battery, supports the LoRaWAN AS923 regional standard, and uses the default final version code </w:t>
      </w: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>.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7. Network topology</w:t>
      </w:r>
    </w:p>
    <w:p>
      <w:r>
        <w:rPr>
          <w:rFonts w:ascii="Arial" w:hAnsi="Arial" w:eastAsia="Arial Unicode MS" w:cs="Arial"/>
          <w:color w:val="243442"/>
          <w:sz w:val="22"/>
        </w:rPr>
        <w:t>KC22 is a terminal device that conforms to the standard LoRaWAN protocol, and its normal operation depends on the complete LoRaWAN network support. Users can deploy with ManThink or other third-party LoRaWAN gateways, and need to access the LoRaWAN network server (NS) for device communication and management.</w:t>
      </w:r>
    </w:p>
    <w:p>
      <w:r>
        <w:rPr>
          <w:rFonts w:ascii="Arial" w:hAnsi="Arial" w:eastAsia="Arial Unicode MS" w:cs="Arial"/>
          <w:color w:val="243442"/>
          <w:sz w:val="22"/>
        </w:rPr>
        <w:t>KC22 is compatible with  LoRaWAN Network platforms and supports seamless access to standard Network servers such as ThinkLink, ChirpStack, and The Things Network(TTN). Through the ThinkLink platform of ManThink , users can easily configure the object model, quickly realize data analysis, business function development, card view display and various custom business logic, greatly improving the efficiency of project landing.</w:t>
      </w:r>
    </w:p>
    <w:p>
      <w:r>
        <w:rPr>
          <w:rFonts w:ascii="Arial" w:hAnsi="Arial" w:eastAsia="Arial Unicode MS" w:cs="Arial"/>
          <w:color w:val="243442"/>
          <w:sz w:val="22"/>
        </w:rPr>
        <w:t>The LoRaWAN network topology is as follows: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4074496"/>
            <wp:docPr id="2" name="Picture 2" descr="7. Network topology" title="7. Network topology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816926-5f74-405f-b2e8-32a79a9152bb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0744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Figure  7. Network topology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8. Working mode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8.1 EB configure collection and upload tasks</w:t>
      </w:r>
    </w:p>
    <w:p>
      <w:r>
        <w:rPr>
          <w:rFonts w:ascii="Arial" w:hAnsi="Arial" w:eastAsia="Arial Unicode MS" w:cs="Arial"/>
          <w:color w:val="243442"/>
          <w:sz w:val="22"/>
        </w:rPr>
        <w:t>KC22 has a built-in EB virtual machine, which can implement various business logic of meter reading by calling SDK and TS code. EB instructions for use:</w:t>
      </w:r>
    </w:p>
    <w:p>
      <w:r>
        <w:rPr>
          <w:rFonts w:ascii="Arial" w:hAnsi="Arial" w:eastAsia="Arial Unicode MS" w:cs="Arial"/>
          <w:color w:val="243442"/>
          <w:sz w:val="22"/>
        </w:rPr>
        <w:t>EB-compiler compilation instructions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8.2 Communication Test</w:t>
      </w:r>
    </w:p>
    <w:p>
      <w:r>
        <w:rPr>
          <w:rFonts w:ascii="Arial" w:hAnsi="Arial" w:eastAsia="Arial Unicode MS" w:cs="Arial"/>
          <w:color w:val="243442"/>
          <w:sz w:val="22"/>
        </w:rPr>
        <w:t>Magnet trigger, contact 2s -4s, you can trigger a packet of upstream measurement data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8.3 Network access</w:t>
      </w:r>
    </w:p>
    <w:p>
      <w:r>
        <w:rPr>
          <w:rFonts w:ascii="Arial" w:hAnsi="Arial" w:eastAsia="Arial Unicode MS" w:cs="Arial"/>
          <w:color w:val="243442"/>
          <w:sz w:val="22"/>
        </w:rPr>
        <w:t>Magnet trigger, contact 6s-8s, you can trigger a packet of network data.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9. Installation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Use the drill to fix the back plate to the Wall (keep the back plate Arrow Up)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3250732"/>
            <wp:docPr id="3" name="Picture 3" descr="9. Installation" title="9. Installatio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6cb578c-d2be-463d-a9ba-14daa15d5cef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32507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Figure  9. Installation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Hatch the product on the back plate (slide down after aligning the groove on the back of the sensor with the convex part of the back plate)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3419928" cy="5303520"/>
            <wp:docPr id="4" name="Picture 4" descr="9. Installation" title="9. Installatio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9b97f33-5482-44ac-a675-52e2a0ab77c7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19928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Figure  9. Installation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DC5-12V power supply, connect the power supply VCC and GND to the VCC and GND of the docking device, pay attention to the voltage matching.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Connect the two wires of the M-Bus of the device to the two wires of the M-Bus of KC22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10. Standard</w:t>
      </w:r>
    </w:p>
    <w:p>
      <w:r>
        <w:rPr>
          <w:rFonts w:ascii="Arial" w:hAnsi="Arial" w:eastAsia="Arial Unicode MS" w:cs="Arial"/>
          <w:color w:val="243442"/>
          <w:sz w:val="22"/>
        </w:rPr>
        <w:t>The format of the communication protocol is customized through EB Compilation. We recommend that you use the protocol format standard recommended by ManThink.</w:t>
      </w:r>
    </w:p>
    <w:p>
      <w:r>
        <w:rPr>
          <w:rFonts w:ascii="Arial" w:hAnsi="Arial" w:eastAsia="Arial Unicode MS" w:cs="Arial"/>
          <w:color w:val="243442"/>
          <w:sz w:val="22"/>
        </w:rPr>
        <w:t>\PTL-D01 ManThink Technology IoT Terminal Application Layer General Protocol V1.5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11. Parameter Modification</w:t>
      </w:r>
    </w:p>
    <w:p>
      <w:r>
        <w:rPr>
          <w:rFonts w:ascii="Arial" w:hAnsi="Arial" w:eastAsia="Arial Unicode MS" w:cs="Arial"/>
          <w:color w:val="243442"/>
          <w:sz w:val="22"/>
        </w:rPr>
        <w:t>Refer to Chapter 5 of PTL-D01-Internet of Things Terminal Application Layer General Protocol V1.3 for parameter modification. Parameter modification is delivered through Port 214.</w:t>
      </w:r>
    </w:p>
    <w:p>
      <w:r>
        <w:rPr>
          <w:rFonts w:ascii="Arial" w:hAnsi="Arial" w:eastAsia="Arial Unicode MS" w:cs="Arial"/>
          <w:color w:val="243442"/>
          <w:sz w:val="22"/>
        </w:rPr>
        <w:t>\PTL-D01 ManThink Technology IoT Terminal Application Layer General Protocol V1.5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11.1 Configuration Parameter Address Table</w:t>
      </w:r>
    </w:p>
    <w:p>
      <w:r>
        <w:rPr>
          <w:rFonts w:ascii="Arial" w:hAnsi="Arial" w:eastAsia="Arial Unicode MS" w:cs="Arial"/>
          <w:color w:val="243442"/>
          <w:sz w:val="22"/>
        </w:rPr>
        <w:t>\AN-25100106 EdgeBus App Parameter Manual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12. ThinkLink Thing Model</w:t>
      </w:r>
    </w:p>
    <w:p>
      <w:r>
        <w:rPr>
          <w:rFonts w:ascii="Arial" w:hAnsi="Arial" w:eastAsia="Arial Unicode MS" w:cs="Arial"/>
          <w:color w:val="243442"/>
          <w:sz w:val="22"/>
        </w:rPr>
        <w:t>Log in to &lt;https://thinklink.manthink.cn&gt;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12.1 Device Template</w:t>
      </w:r>
    </w:p>
    <w:p>
      <w:r>
        <w:rPr>
          <w:rFonts w:ascii="Arial" w:hAnsi="Arial" w:eastAsia="Arial Unicode MS" w:cs="Arial"/>
          <w:color w:val="243442"/>
          <w:sz w:val="22"/>
        </w:rPr>
        <w:t>Battery powered KC21 should use the template of MT-EB-BATTERY and DC powered KC21 should use the template of MT-EB-POWER . he models already mounted as follows: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Thing Model: MT-EB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RPC:</w:t>
      </w:r>
    </w:p>
    <w:p>
      <w:r>
        <w:rPr>
          <w:rFonts w:ascii="Arial" w:hAnsi="Arial" w:eastAsia="Arial Unicode MS" w:cs="Arial"/>
          <w:color w:val="243442"/>
          <w:sz w:val="22"/>
        </w:rPr>
        <w:t>\[MT ACT\] action: Used to execute operations such as reset, join, redo, and reading parameters</w:t>
      </w:r>
    </w:p>
    <w:p>
      <w:r>
        <w:rPr>
          <w:rFonts w:ascii="Arial" w:hAnsi="Arial" w:eastAsia="Arial Unicode MS" w:cs="Arial"/>
          <w:color w:val="243442"/>
          <w:sz w:val="22"/>
        </w:rPr>
        <w:t>\[MT ACT\] transparent: Transparent RPC; hexadecimal data can be sent via port 51, which will be forwarded to sub-devices through the RS485 interface, and responses from the sub-device will be returned</w:t>
      </w:r>
    </w:p>
    <w:p>
      <w:r>
        <w:rPr>
          <w:rFonts w:ascii="Arial" w:hAnsi="Arial" w:eastAsia="Arial Unicode MS" w:cs="Arial"/>
          <w:color w:val="243442"/>
          <w:sz w:val="22"/>
        </w:rPr>
        <w:t>\[MT SET\] app para: Set EB parameters</w:t>
      </w:r>
    </w:p>
    <w:p>
      <w:r>
        <w:rPr>
          <w:rFonts w:ascii="Arial" w:hAnsi="Arial" w:eastAsia="Arial Unicode MS" w:cs="Arial"/>
          <w:color w:val="243442"/>
          <w:sz w:val="22"/>
        </w:rPr>
        <w:t>\[MT ACT\] debug modbus: Online Modbus debugging by entering information such as 485 address and Modbus function code</w:t>
      </w:r>
    </w:p>
    <w:p>
      <w:r>
        <w:rPr>
          <w:rFonts w:ascii="Arial" w:hAnsi="Arial" w:eastAsia="Arial Unicode MS" w:cs="Arial"/>
          <w:color w:val="243442"/>
          <w:sz w:val="22"/>
        </w:rPr>
        <w:t>ALARM: Used for alarm functionality; trigger rules must be configured to enable full alarm features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13. Contact Us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Website: </w:t>
      </w:r>
      <w:hyperlink r:id="rId15">
        <w:r>
          <w:rPr>
            <w:rFonts w:ascii="Arial" w:hAnsi="Arial" w:eastAsia="Arial Unicode MS"/>
            <w:color w:val="1E6F9F"/>
            <w:u w:val="single"/>
          </w:rPr>
          <w:t>www.manthink.cn 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 xml:space="preserve">Email:  </w:t>
      </w:r>
      <w:hyperlink r:id="rId16">
        <w:r>
          <w:rPr>
            <w:rFonts w:ascii="Arial" w:hAnsi="Arial" w:eastAsia="Arial Unicode MS"/>
            <w:color w:val="1E6F9F"/>
            <w:u w:val="single"/>
          </w:rPr>
          <w:t>info@ manthink.cn 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Tel: +86-15810684257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 Unicode MS" w:cs="Arial"/>
        <w:color w:val="607181"/>
        <w:sz w:val="17"/>
      </w:rPr>
      <w:t xml:space="preserve">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 Unicode MS" w:cs="Arial"/>
        <w:b/>
        <w:color w:val="607181"/>
        <w:sz w:val="17"/>
      </w:rPr>
      <w:t>MANTHINK  /  KC22</w:t>
    </w:r>
    <w:r>
      <w:tab/>
    </w:r>
    <w:r>
      <w:rPr>
        <w:rFonts w:ascii="Arial" w:hAnsi="Arial" w:eastAsia="Arial Unicode MS" w:cs="Arial"/>
        <w:color w:val="607181"/>
        <w:sz w:val="16"/>
      </w:rPr>
      <w:t>DEVICE MANUAL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 Unicode MS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 Unicode MS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" w:hAnsi="Arial" w:eastAsia="Arial Unicode MS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00" w:after="140" w:line="276" w:lineRule="auto"/>
      <w:ind w:left="259" w:right="259"/>
      <w:shd w:fill="F0F4F6"/>
    </w:pPr>
    <w:rPr>
      <w:rFonts w:ascii="Menlo" w:hAnsi="Menlo" w:eastAsia="Arial Unicode MS"/>
      <w:color w:val="18324A"/>
      <w:sz w:val="18"/>
    </w:rPr>
  </w:style>
  <w:style w:type="paragraph" w:customStyle="1" w:styleId="FigureCaption">
    <w:name w:val="Figure Caption"/>
    <w:pPr>
      <w:spacing w:before="60" w:after="160"/>
      <w:jc w:val="center"/>
    </w:pPr>
    <w:rPr>
      <w:rFonts w:ascii="Arial" w:hAnsi="Arial" w:eastAsia="Arial Unicode MS"/>
      <w:color w:val="607181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hyperlink" Target="https://www.manthink.cn" TargetMode="External"/><Relationship Id="rId16" Type="http://schemas.openxmlformats.org/officeDocument/2006/relationships/hyperlink" Target="mailto:info@manthink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KC22 IP65  M-Bus Data Logger</dc:title>
  <dc:subject>ManThink device manual</dc:subject>
  <dc:creator/>
  <cp:keywords>ManThink, ThinkLink, LoRaWAN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